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9A8D4" w14:textId="77777777" w:rsidR="00F16BAE" w:rsidRDefault="00821AE6">
      <w:pPr>
        <w:jc w:val="center"/>
      </w:pPr>
      <w:r>
        <w:rPr>
          <w:b/>
          <w:sz w:val="40"/>
        </w:rPr>
        <w:t>UČEBNÉ OSNOVY</w:t>
      </w:r>
    </w:p>
    <w:p w14:paraId="51FEB551" w14:textId="77777777" w:rsidR="00F16BAE" w:rsidRDefault="00821AE6">
      <w:pPr>
        <w:jc w:val="center"/>
      </w:pPr>
      <w:proofErr w:type="spellStart"/>
      <w:r>
        <w:rPr>
          <w:b/>
        </w:rPr>
        <w:t>Nižšie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stredné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vzdelávanie</w:t>
      </w:r>
      <w:proofErr w:type="spellEnd"/>
      <w:r>
        <w:rPr>
          <w:b/>
        </w:rPr>
        <w:t xml:space="preserve"> – ISCED 2</w:t>
      </w:r>
    </w:p>
    <w:p w14:paraId="337EB846" w14:textId="77777777" w:rsidR="00F16BAE" w:rsidRDefault="00821AE6">
      <w:pPr>
        <w:jc w:val="center"/>
      </w:pPr>
      <w:r>
        <w:rPr>
          <w:b/>
          <w:sz w:val="34"/>
        </w:rPr>
        <w:t>GEOGRAFIA – 8. ROČNÍK</w:t>
      </w:r>
    </w:p>
    <w:p w14:paraId="1F7012B9" w14:textId="22B6C4BA" w:rsidR="00F16BAE" w:rsidRDefault="00F16BAE">
      <w:pPr>
        <w:jc w:val="center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6197B2B1" w14:textId="77777777">
        <w:trPr>
          <w:tblHeader/>
        </w:trPr>
        <w:tc>
          <w:tcPr>
            <w:tcW w:w="5270" w:type="dxa"/>
            <w:shd w:val="clear" w:color="auto" w:fill="EAF2F8"/>
            <w:vAlign w:val="center"/>
          </w:tcPr>
          <w:p w14:paraId="298B0D03" w14:textId="77777777" w:rsidR="00F16BAE" w:rsidRDefault="00821AE6">
            <w:proofErr w:type="spellStart"/>
            <w:r>
              <w:rPr>
                <w:b/>
                <w:sz w:val="18"/>
              </w:rPr>
              <w:t>Škola</w:t>
            </w:r>
            <w:proofErr w:type="spellEnd"/>
          </w:p>
        </w:tc>
        <w:tc>
          <w:tcPr>
            <w:tcW w:w="5270" w:type="dxa"/>
            <w:vAlign w:val="center"/>
          </w:tcPr>
          <w:p w14:paraId="567F02B5" w14:textId="77777777" w:rsidR="00F16BAE" w:rsidRDefault="00821AE6">
            <w:proofErr w:type="spellStart"/>
            <w:r>
              <w:rPr>
                <w:sz w:val="18"/>
              </w:rPr>
              <w:t>Základná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škola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Komenského</w:t>
            </w:r>
            <w:proofErr w:type="spellEnd"/>
            <w:r>
              <w:rPr>
                <w:sz w:val="18"/>
              </w:rPr>
              <w:t xml:space="preserve"> ul. 495/33, 029 01 </w:t>
            </w:r>
            <w:proofErr w:type="spellStart"/>
            <w:r>
              <w:rPr>
                <w:sz w:val="18"/>
              </w:rPr>
              <w:t>Námestovo</w:t>
            </w:r>
            <w:proofErr w:type="spellEnd"/>
          </w:p>
        </w:tc>
      </w:tr>
      <w:tr w:rsidR="00F16BAE" w14:paraId="4126BB23" w14:textId="77777777">
        <w:tc>
          <w:tcPr>
            <w:tcW w:w="5270" w:type="dxa"/>
            <w:shd w:val="clear" w:color="auto" w:fill="EAF2F8"/>
            <w:vAlign w:val="center"/>
          </w:tcPr>
          <w:p w14:paraId="13AF2172" w14:textId="77777777" w:rsidR="00F16BAE" w:rsidRDefault="00821AE6">
            <w:proofErr w:type="spellStart"/>
            <w:r>
              <w:rPr>
                <w:b/>
                <w:sz w:val="18"/>
              </w:rPr>
              <w:t>Vzdelávacia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oblasť</w:t>
            </w:r>
            <w:proofErr w:type="spellEnd"/>
          </w:p>
        </w:tc>
        <w:tc>
          <w:tcPr>
            <w:tcW w:w="5270" w:type="dxa"/>
            <w:vAlign w:val="center"/>
          </w:tcPr>
          <w:p w14:paraId="40A2D088" w14:textId="77777777" w:rsidR="00F16BAE" w:rsidRDefault="00821AE6">
            <w:proofErr w:type="spellStart"/>
            <w:r>
              <w:rPr>
                <w:sz w:val="18"/>
              </w:rPr>
              <w:t>Človek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spoločnosť</w:t>
            </w:r>
            <w:proofErr w:type="spellEnd"/>
          </w:p>
        </w:tc>
      </w:tr>
      <w:tr w:rsidR="00F16BAE" w14:paraId="1E8E103D" w14:textId="77777777">
        <w:tc>
          <w:tcPr>
            <w:tcW w:w="5270" w:type="dxa"/>
            <w:shd w:val="clear" w:color="auto" w:fill="EAF2F8"/>
            <w:vAlign w:val="center"/>
          </w:tcPr>
          <w:p w14:paraId="05E5FD5E" w14:textId="77777777" w:rsidR="00F16BAE" w:rsidRDefault="00821AE6">
            <w:proofErr w:type="spellStart"/>
            <w:r>
              <w:rPr>
                <w:b/>
                <w:sz w:val="18"/>
              </w:rPr>
              <w:t>Predmet</w:t>
            </w:r>
            <w:proofErr w:type="spellEnd"/>
          </w:p>
        </w:tc>
        <w:tc>
          <w:tcPr>
            <w:tcW w:w="5270" w:type="dxa"/>
            <w:vAlign w:val="center"/>
          </w:tcPr>
          <w:p w14:paraId="6335B5D8" w14:textId="77777777" w:rsidR="00F16BAE" w:rsidRDefault="00821AE6">
            <w:r>
              <w:rPr>
                <w:sz w:val="18"/>
              </w:rPr>
              <w:t>Geografia</w:t>
            </w:r>
          </w:p>
        </w:tc>
      </w:tr>
      <w:tr w:rsidR="00F16BAE" w14:paraId="7B0DB030" w14:textId="77777777">
        <w:tc>
          <w:tcPr>
            <w:tcW w:w="5270" w:type="dxa"/>
            <w:shd w:val="clear" w:color="auto" w:fill="EAF2F8"/>
            <w:vAlign w:val="center"/>
          </w:tcPr>
          <w:p w14:paraId="4B11B5CC" w14:textId="77777777" w:rsidR="00F16BAE" w:rsidRDefault="00821AE6">
            <w:proofErr w:type="spellStart"/>
            <w:r>
              <w:rPr>
                <w:b/>
                <w:sz w:val="18"/>
              </w:rPr>
              <w:t>Stupeň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vzdelávania</w:t>
            </w:r>
            <w:proofErr w:type="spellEnd"/>
          </w:p>
        </w:tc>
        <w:tc>
          <w:tcPr>
            <w:tcW w:w="5270" w:type="dxa"/>
            <w:vAlign w:val="center"/>
          </w:tcPr>
          <w:p w14:paraId="01783173" w14:textId="77777777" w:rsidR="00F16BAE" w:rsidRDefault="00821AE6">
            <w:proofErr w:type="spellStart"/>
            <w:r>
              <w:rPr>
                <w:sz w:val="18"/>
              </w:rPr>
              <w:t>Nižšie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stredné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vzdelávanie</w:t>
            </w:r>
            <w:proofErr w:type="spellEnd"/>
            <w:r>
              <w:rPr>
                <w:sz w:val="18"/>
              </w:rPr>
              <w:t xml:space="preserve"> – ISCED 2</w:t>
            </w:r>
          </w:p>
        </w:tc>
      </w:tr>
      <w:tr w:rsidR="00F16BAE" w14:paraId="1CD6CC2E" w14:textId="77777777">
        <w:tc>
          <w:tcPr>
            <w:tcW w:w="5270" w:type="dxa"/>
            <w:shd w:val="clear" w:color="auto" w:fill="EAF2F8"/>
            <w:vAlign w:val="center"/>
          </w:tcPr>
          <w:p w14:paraId="572D101B" w14:textId="77777777" w:rsidR="00F16BAE" w:rsidRDefault="00821AE6">
            <w:proofErr w:type="spellStart"/>
            <w:r>
              <w:rPr>
                <w:b/>
                <w:sz w:val="18"/>
              </w:rPr>
              <w:t>Ročník</w:t>
            </w:r>
            <w:proofErr w:type="spellEnd"/>
          </w:p>
        </w:tc>
        <w:tc>
          <w:tcPr>
            <w:tcW w:w="5270" w:type="dxa"/>
            <w:vAlign w:val="center"/>
          </w:tcPr>
          <w:p w14:paraId="76CFCC20" w14:textId="77777777" w:rsidR="00F16BAE" w:rsidRDefault="00821AE6">
            <w:r>
              <w:rPr>
                <w:sz w:val="18"/>
              </w:rPr>
              <w:t xml:space="preserve">8. </w:t>
            </w:r>
            <w:proofErr w:type="spellStart"/>
            <w:r>
              <w:rPr>
                <w:sz w:val="18"/>
              </w:rPr>
              <w:t>ročník</w:t>
            </w:r>
            <w:proofErr w:type="spellEnd"/>
          </w:p>
        </w:tc>
      </w:tr>
      <w:tr w:rsidR="00F16BAE" w14:paraId="28D1D8EA" w14:textId="77777777">
        <w:tc>
          <w:tcPr>
            <w:tcW w:w="5270" w:type="dxa"/>
            <w:shd w:val="clear" w:color="auto" w:fill="EAF2F8"/>
            <w:vAlign w:val="center"/>
          </w:tcPr>
          <w:p w14:paraId="6055CFC3" w14:textId="77777777" w:rsidR="00F16BAE" w:rsidRDefault="00821AE6">
            <w:proofErr w:type="spellStart"/>
            <w:r>
              <w:rPr>
                <w:b/>
                <w:sz w:val="18"/>
              </w:rPr>
              <w:t>Školský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rok</w:t>
            </w:r>
            <w:proofErr w:type="spellEnd"/>
          </w:p>
        </w:tc>
        <w:tc>
          <w:tcPr>
            <w:tcW w:w="5270" w:type="dxa"/>
            <w:vAlign w:val="center"/>
          </w:tcPr>
          <w:p w14:paraId="57105676" w14:textId="77777777" w:rsidR="00F16BAE" w:rsidRDefault="00821AE6">
            <w:r>
              <w:rPr>
                <w:sz w:val="18"/>
              </w:rPr>
              <w:t>2026/2027</w:t>
            </w:r>
          </w:p>
        </w:tc>
      </w:tr>
      <w:tr w:rsidR="00F16BAE" w14:paraId="6A22A668" w14:textId="77777777">
        <w:tc>
          <w:tcPr>
            <w:tcW w:w="5270" w:type="dxa"/>
            <w:shd w:val="clear" w:color="auto" w:fill="EAF2F8"/>
            <w:vAlign w:val="center"/>
          </w:tcPr>
          <w:p w14:paraId="157B6001" w14:textId="77777777" w:rsidR="00F16BAE" w:rsidRDefault="00821AE6">
            <w:proofErr w:type="spellStart"/>
            <w:r>
              <w:rPr>
                <w:b/>
                <w:sz w:val="18"/>
              </w:rPr>
              <w:t>Časová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dotácia</w:t>
            </w:r>
            <w:proofErr w:type="spellEnd"/>
          </w:p>
        </w:tc>
        <w:tc>
          <w:tcPr>
            <w:tcW w:w="5270" w:type="dxa"/>
            <w:vAlign w:val="center"/>
          </w:tcPr>
          <w:p w14:paraId="391EB56B" w14:textId="77777777" w:rsidR="00F16BAE" w:rsidRDefault="00821AE6">
            <w:r>
              <w:rPr>
                <w:sz w:val="18"/>
              </w:rPr>
              <w:t xml:space="preserve">33 </w:t>
            </w:r>
            <w:proofErr w:type="spellStart"/>
            <w:r>
              <w:rPr>
                <w:sz w:val="18"/>
              </w:rPr>
              <w:t>hodín</w:t>
            </w:r>
            <w:proofErr w:type="spellEnd"/>
            <w:r>
              <w:rPr>
                <w:sz w:val="18"/>
              </w:rPr>
              <w:t xml:space="preserve">; 1 </w:t>
            </w:r>
            <w:proofErr w:type="spellStart"/>
            <w:r>
              <w:rPr>
                <w:sz w:val="18"/>
              </w:rPr>
              <w:t>hodina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týždenne</w:t>
            </w:r>
            <w:proofErr w:type="spellEnd"/>
          </w:p>
        </w:tc>
      </w:tr>
      <w:tr w:rsidR="00F16BAE" w14:paraId="12B1EA95" w14:textId="77777777">
        <w:tc>
          <w:tcPr>
            <w:tcW w:w="5270" w:type="dxa"/>
            <w:shd w:val="clear" w:color="auto" w:fill="EAF2F8"/>
            <w:vAlign w:val="center"/>
          </w:tcPr>
          <w:p w14:paraId="06D87992" w14:textId="77777777" w:rsidR="00F16BAE" w:rsidRDefault="00821AE6">
            <w:proofErr w:type="spellStart"/>
            <w:r>
              <w:rPr>
                <w:b/>
                <w:sz w:val="18"/>
              </w:rPr>
              <w:t>Učebnica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uvedená</w:t>
            </w:r>
            <w:proofErr w:type="spellEnd"/>
            <w:r>
              <w:rPr>
                <w:b/>
                <w:sz w:val="18"/>
              </w:rPr>
              <w:t xml:space="preserve"> v </w:t>
            </w:r>
            <w:proofErr w:type="spellStart"/>
            <w:r>
              <w:rPr>
                <w:b/>
                <w:sz w:val="18"/>
              </w:rPr>
              <w:t>pôvodnom</w:t>
            </w:r>
            <w:proofErr w:type="spellEnd"/>
            <w:r>
              <w:rPr>
                <w:b/>
                <w:sz w:val="18"/>
              </w:rPr>
              <w:t xml:space="preserve"> TVVP</w:t>
            </w:r>
          </w:p>
        </w:tc>
        <w:tc>
          <w:tcPr>
            <w:tcW w:w="5270" w:type="dxa"/>
            <w:vAlign w:val="center"/>
          </w:tcPr>
          <w:p w14:paraId="39BC9521" w14:textId="77777777" w:rsidR="00F16BAE" w:rsidRDefault="00821AE6">
            <w:r>
              <w:rPr>
                <w:sz w:val="18"/>
              </w:rPr>
              <w:t xml:space="preserve">L. </w:t>
            </w:r>
            <w:proofErr w:type="spellStart"/>
            <w:r>
              <w:rPr>
                <w:sz w:val="18"/>
              </w:rPr>
              <w:t>Tolmáči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kol</w:t>
            </w:r>
            <w:proofErr w:type="spellEnd"/>
            <w:r>
              <w:rPr>
                <w:sz w:val="18"/>
              </w:rPr>
              <w:t xml:space="preserve">.: Geografia </w:t>
            </w:r>
            <w:proofErr w:type="gramStart"/>
            <w:r>
              <w:rPr>
                <w:sz w:val="18"/>
              </w:rPr>
              <w:t>pre 9</w:t>
            </w:r>
            <w:proofErr w:type="gram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ročník</w:t>
            </w:r>
            <w:proofErr w:type="spellEnd"/>
            <w:r>
              <w:rPr>
                <w:sz w:val="18"/>
              </w:rPr>
              <w:t xml:space="preserve"> ZŠ a 4. </w:t>
            </w:r>
            <w:proofErr w:type="spellStart"/>
            <w:r>
              <w:rPr>
                <w:sz w:val="18"/>
              </w:rPr>
              <w:t>ročník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gymnázia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osemročným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štúdiom</w:t>
            </w:r>
            <w:proofErr w:type="spellEnd"/>
          </w:p>
        </w:tc>
      </w:tr>
    </w:tbl>
    <w:p w14:paraId="4E811691" w14:textId="46C0A4B0" w:rsidR="00F16BAE" w:rsidRDefault="00821AE6">
      <w:pPr>
        <w:pStyle w:val="Nadpis1"/>
      </w:pPr>
      <w:r>
        <w:rPr>
          <w:rFonts w:ascii="Arial" w:hAnsi="Arial"/>
        </w:rPr>
        <w:t xml:space="preserve">1. </w:t>
      </w:r>
      <w:proofErr w:type="spellStart"/>
      <w:r>
        <w:rPr>
          <w:rFonts w:ascii="Arial" w:hAnsi="Arial"/>
        </w:rPr>
        <w:t>Východiská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charakteristika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predmetu</w:t>
      </w:r>
      <w:proofErr w:type="spellEnd"/>
    </w:p>
    <w:p w14:paraId="051DC1A8" w14:textId="77777777" w:rsidR="004E58EC" w:rsidRDefault="004E58EC"/>
    <w:p w14:paraId="494B9A9B" w14:textId="613D3B6D" w:rsidR="00F16BAE" w:rsidRDefault="00821AE6">
      <w:proofErr w:type="spellStart"/>
      <w:r>
        <w:t>Učebné</w:t>
      </w:r>
      <w:proofErr w:type="spellEnd"/>
      <w:r>
        <w:t xml:space="preserve"> </w:t>
      </w:r>
      <w:proofErr w:type="spellStart"/>
      <w:r>
        <w:t>osnovy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revíziou</w:t>
      </w:r>
      <w:proofErr w:type="spellEnd"/>
      <w:r>
        <w:t xml:space="preserve"> </w:t>
      </w:r>
      <w:proofErr w:type="spellStart"/>
      <w:r>
        <w:t>pôvodných</w:t>
      </w:r>
      <w:proofErr w:type="spellEnd"/>
      <w:r>
        <w:t xml:space="preserve"> </w:t>
      </w:r>
      <w:proofErr w:type="spellStart"/>
      <w:r>
        <w:t>učebných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a </w:t>
      </w:r>
      <w:proofErr w:type="spellStart"/>
      <w:r>
        <w:t>časovo-tematického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gramStart"/>
      <w:r>
        <w:t>pre 8</w:t>
      </w:r>
      <w:proofErr w:type="gramEnd"/>
      <w:r>
        <w:t xml:space="preserve">. </w:t>
      </w:r>
      <w:proofErr w:type="spellStart"/>
      <w:r>
        <w:t>ročník</w:t>
      </w:r>
      <w:proofErr w:type="spellEnd"/>
      <w:r>
        <w:t xml:space="preserve">. </w:t>
      </w:r>
      <w:proofErr w:type="spellStart"/>
      <w:r>
        <w:t>Zachovávajú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základnú</w:t>
      </w:r>
      <w:proofErr w:type="spellEnd"/>
      <w:r>
        <w:t xml:space="preserve"> </w:t>
      </w:r>
      <w:proofErr w:type="spellStart"/>
      <w:r>
        <w:t>koncepciu</w:t>
      </w:r>
      <w:proofErr w:type="spellEnd"/>
      <w:r>
        <w:t xml:space="preserve"> </w:t>
      </w:r>
      <w:proofErr w:type="spellStart"/>
      <w:r>
        <w:t>regionálnej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 xml:space="preserve">, ale </w:t>
      </w:r>
      <w:proofErr w:type="spellStart"/>
      <w:r>
        <w:t>rozpracúvajú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do </w:t>
      </w:r>
      <w:proofErr w:type="spellStart"/>
      <w:r>
        <w:t>aktuálnejšej</w:t>
      </w:r>
      <w:proofErr w:type="spellEnd"/>
      <w:r>
        <w:t xml:space="preserve"> a </w:t>
      </w:r>
      <w:proofErr w:type="spellStart"/>
      <w:r>
        <w:t>kontrolne</w:t>
      </w:r>
      <w:proofErr w:type="spellEnd"/>
      <w:r>
        <w:t xml:space="preserve"> </w:t>
      </w:r>
      <w:proofErr w:type="spellStart"/>
      <w:r>
        <w:t>prehľadnejšej</w:t>
      </w:r>
      <w:proofErr w:type="spellEnd"/>
      <w:r>
        <w:t xml:space="preserve"> </w:t>
      </w:r>
      <w:proofErr w:type="spellStart"/>
      <w:r>
        <w:t>podoby</w:t>
      </w:r>
      <w:proofErr w:type="spellEnd"/>
      <w:r>
        <w:t xml:space="preserve">. </w:t>
      </w:r>
      <w:proofErr w:type="spellStart"/>
      <w:r>
        <w:t>Ťažisko</w:t>
      </w:r>
      <w:proofErr w:type="spellEnd"/>
      <w:r>
        <w:t xml:space="preserve"> </w:t>
      </w:r>
      <w:proofErr w:type="spellStart"/>
      <w:r>
        <w:t>tvorí</w:t>
      </w:r>
      <w:proofErr w:type="spellEnd"/>
      <w:r>
        <w:t xml:space="preserve"> </w:t>
      </w:r>
      <w:proofErr w:type="spellStart"/>
      <w:r>
        <w:t>komplexné</w:t>
      </w:r>
      <w:proofErr w:type="spellEnd"/>
      <w:r>
        <w:t xml:space="preserve"> </w:t>
      </w:r>
      <w:proofErr w:type="spellStart"/>
      <w:r>
        <w:t>poznávanie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 xml:space="preserve"> – </w:t>
      </w:r>
      <w:proofErr w:type="spellStart"/>
      <w:r>
        <w:t>prírodných</w:t>
      </w:r>
      <w:proofErr w:type="spellEnd"/>
      <w:r>
        <w:t xml:space="preserve"> </w:t>
      </w:r>
      <w:proofErr w:type="spellStart"/>
      <w:r>
        <w:t>pomerov</w:t>
      </w:r>
      <w:proofErr w:type="spellEnd"/>
      <w:r>
        <w:t xml:space="preserve">, </w:t>
      </w:r>
      <w:proofErr w:type="spellStart"/>
      <w:r>
        <w:t>obyvateľstva</w:t>
      </w:r>
      <w:proofErr w:type="spellEnd"/>
      <w:r>
        <w:t xml:space="preserve">, </w:t>
      </w:r>
      <w:proofErr w:type="spellStart"/>
      <w:r>
        <w:t>sídel</w:t>
      </w:r>
      <w:proofErr w:type="spellEnd"/>
      <w:r>
        <w:t xml:space="preserve">, </w:t>
      </w:r>
      <w:proofErr w:type="spellStart"/>
      <w:r>
        <w:t>hospodárstva</w:t>
      </w:r>
      <w:proofErr w:type="spellEnd"/>
      <w:r>
        <w:t xml:space="preserve">, </w:t>
      </w:r>
      <w:proofErr w:type="spellStart"/>
      <w:r>
        <w:t>cestovného</w:t>
      </w:r>
      <w:proofErr w:type="spellEnd"/>
      <w:r>
        <w:t xml:space="preserve"> </w:t>
      </w:r>
      <w:proofErr w:type="spellStart"/>
      <w:r>
        <w:t>ruchu</w:t>
      </w:r>
      <w:proofErr w:type="spellEnd"/>
      <w:r>
        <w:t xml:space="preserve"> a </w:t>
      </w:r>
      <w:proofErr w:type="spellStart"/>
      <w:r>
        <w:t>regiónov</w:t>
      </w:r>
      <w:proofErr w:type="spellEnd"/>
      <w:r>
        <w:t>.</w:t>
      </w:r>
    </w:p>
    <w:p w14:paraId="747715A8" w14:textId="77777777" w:rsidR="00F16BAE" w:rsidRDefault="00821AE6">
      <w:proofErr w:type="spellStart"/>
      <w:r>
        <w:t>Východiskom</w:t>
      </w:r>
      <w:proofErr w:type="spellEnd"/>
      <w:r>
        <w:t xml:space="preserve"> je </w:t>
      </w:r>
      <w:proofErr w:type="spellStart"/>
      <w:r>
        <w:t>aktuálny</w:t>
      </w:r>
      <w:proofErr w:type="spellEnd"/>
      <w:r>
        <w:t xml:space="preserve"> ŠVP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. </w:t>
      </w:r>
      <w:proofErr w:type="spellStart"/>
      <w:r>
        <w:t>Ministerstvo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</w:t>
      </w:r>
      <w:proofErr w:type="spellStart"/>
      <w:r>
        <w:t>zverejnilo</w:t>
      </w:r>
      <w:proofErr w:type="spellEnd"/>
      <w:r>
        <w:t xml:space="preserve"> </w:t>
      </w:r>
      <w:proofErr w:type="spellStart"/>
      <w:r>
        <w:t>konsolidované</w:t>
      </w:r>
      <w:proofErr w:type="spellEnd"/>
      <w:r>
        <w:t xml:space="preserve"> </w:t>
      </w:r>
      <w:proofErr w:type="spellStart"/>
      <w:r>
        <w:t>znenie</w:t>
      </w:r>
      <w:proofErr w:type="spellEnd"/>
      <w:r>
        <w:t xml:space="preserve"> ŠVP pre 2. </w:t>
      </w:r>
      <w:proofErr w:type="spellStart"/>
      <w:r>
        <w:t>stupeň</w:t>
      </w:r>
      <w:proofErr w:type="spellEnd"/>
      <w:r>
        <w:t xml:space="preserve"> ZŠ v </w:t>
      </w:r>
      <w:proofErr w:type="spellStart"/>
      <w:r>
        <w:t>roku</w:t>
      </w:r>
      <w:proofErr w:type="spellEnd"/>
      <w:r>
        <w:t xml:space="preserve"> 2026 a </w:t>
      </w:r>
      <w:proofErr w:type="spellStart"/>
      <w:r>
        <w:t>aktuálny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</w:t>
      </w:r>
      <w:proofErr w:type="spellStart"/>
      <w:r>
        <w:t>obsahuje</w:t>
      </w:r>
      <w:proofErr w:type="spellEnd"/>
      <w:r>
        <w:t xml:space="preserve"> pre 8. </w:t>
      </w:r>
      <w:proofErr w:type="spellStart"/>
      <w:r>
        <w:t>ročník</w:t>
      </w:r>
      <w:proofErr w:type="spellEnd"/>
      <w:r>
        <w:t xml:space="preserve"> </w:t>
      </w:r>
      <w:proofErr w:type="spellStart"/>
      <w:r>
        <w:t>tematický</w:t>
      </w:r>
      <w:proofErr w:type="spellEnd"/>
      <w:r>
        <w:t xml:space="preserve"> </w:t>
      </w:r>
      <w:proofErr w:type="spellStart"/>
      <w:r>
        <w:t>okruh</w:t>
      </w:r>
      <w:proofErr w:type="spellEnd"/>
      <w:r>
        <w:t xml:space="preserve"> </w:t>
      </w:r>
      <w:proofErr w:type="spellStart"/>
      <w:r>
        <w:t>Slovensko</w:t>
      </w:r>
      <w:proofErr w:type="spellEnd"/>
      <w:r>
        <w:t>. citeturn0search0turn0search17</w:t>
      </w:r>
    </w:p>
    <w:p w14:paraId="1786B6B5" w14:textId="77777777" w:rsidR="00F16BAE" w:rsidRDefault="00821AE6">
      <w:pPr>
        <w:pStyle w:val="Nadpis1"/>
      </w:pPr>
      <w:r>
        <w:rPr>
          <w:rFonts w:ascii="Arial" w:hAnsi="Arial"/>
        </w:rPr>
        <w:t xml:space="preserve">2. </w:t>
      </w:r>
      <w:proofErr w:type="spellStart"/>
      <w:r>
        <w:rPr>
          <w:rFonts w:ascii="Arial" w:hAnsi="Arial"/>
        </w:rPr>
        <w:t>Ciele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predmetu</w:t>
      </w:r>
      <w:proofErr w:type="spellEnd"/>
    </w:p>
    <w:p w14:paraId="261C0E27" w14:textId="77777777" w:rsidR="00F16BAE" w:rsidRDefault="00821AE6">
      <w:pPr>
        <w:pStyle w:val="Zoznamsodrkami"/>
        <w:spacing w:after="40"/>
      </w:pPr>
      <w:proofErr w:type="spellStart"/>
      <w:r>
        <w:t>získať</w:t>
      </w:r>
      <w:proofErr w:type="spellEnd"/>
      <w:r>
        <w:t xml:space="preserve"> a </w:t>
      </w:r>
      <w:proofErr w:type="spellStart"/>
      <w:r>
        <w:t>systematizovať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poznatky</w:t>
      </w:r>
      <w:proofErr w:type="spellEnd"/>
      <w:r>
        <w:t xml:space="preserve"> o </w:t>
      </w:r>
      <w:proofErr w:type="spellStart"/>
      <w:r>
        <w:t>Slovensku</w:t>
      </w:r>
      <w:proofErr w:type="spellEnd"/>
      <w:r>
        <w:t xml:space="preserve"> a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regiónoch</w:t>
      </w:r>
      <w:proofErr w:type="spellEnd"/>
      <w:r>
        <w:t>;</w:t>
      </w:r>
    </w:p>
    <w:p w14:paraId="1D57C430" w14:textId="77777777" w:rsidR="00F16BAE" w:rsidRDefault="00821AE6">
      <w:pPr>
        <w:pStyle w:val="Zoznamsodrkami"/>
        <w:spacing w:after="40"/>
      </w:pPr>
      <w:proofErr w:type="spellStart"/>
      <w:r>
        <w:t>hodnotiť</w:t>
      </w:r>
      <w:proofErr w:type="spellEnd"/>
      <w:r>
        <w:t xml:space="preserve"> </w:t>
      </w:r>
      <w:proofErr w:type="spellStart"/>
      <w:r>
        <w:t>polohu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 xml:space="preserve"> v </w:t>
      </w:r>
      <w:proofErr w:type="spellStart"/>
      <w:r>
        <w:t>Európe</w:t>
      </w:r>
      <w:proofErr w:type="spellEnd"/>
      <w:r>
        <w:t xml:space="preserve"> a </w:t>
      </w:r>
      <w:proofErr w:type="spellStart"/>
      <w:r>
        <w:t>pracovať</w:t>
      </w:r>
      <w:proofErr w:type="spellEnd"/>
      <w:r>
        <w:t xml:space="preserve"> s </w:t>
      </w:r>
      <w:proofErr w:type="spellStart"/>
      <w:r>
        <w:t>fyzickými</w:t>
      </w:r>
      <w:proofErr w:type="spellEnd"/>
      <w:r>
        <w:t xml:space="preserve">, </w:t>
      </w:r>
      <w:proofErr w:type="spellStart"/>
      <w:r>
        <w:t>politickými</w:t>
      </w:r>
      <w:proofErr w:type="spellEnd"/>
      <w:r>
        <w:t xml:space="preserve"> a </w:t>
      </w:r>
      <w:proofErr w:type="spellStart"/>
      <w:r>
        <w:t>tematickými</w:t>
      </w:r>
      <w:proofErr w:type="spellEnd"/>
      <w:r>
        <w:t xml:space="preserve"> </w:t>
      </w:r>
      <w:proofErr w:type="spellStart"/>
      <w:r>
        <w:t>mapami</w:t>
      </w:r>
      <w:proofErr w:type="spellEnd"/>
      <w:r>
        <w:t>;</w:t>
      </w:r>
    </w:p>
    <w:p w14:paraId="4B0E2CFE" w14:textId="77777777" w:rsidR="00F16BAE" w:rsidRDefault="00821AE6">
      <w:pPr>
        <w:pStyle w:val="Zoznamsodrkami"/>
        <w:spacing w:after="40"/>
      </w:pPr>
      <w:proofErr w:type="spellStart"/>
      <w:r>
        <w:t>vysvetliť</w:t>
      </w:r>
      <w:proofErr w:type="spellEnd"/>
      <w:r>
        <w:t xml:space="preserve"> </w:t>
      </w:r>
      <w:proofErr w:type="spellStart"/>
      <w:r>
        <w:t>vzájomné</w:t>
      </w:r>
      <w:proofErr w:type="spellEnd"/>
      <w:r>
        <w:t xml:space="preserve"> </w:t>
      </w:r>
      <w:proofErr w:type="spellStart"/>
      <w:r>
        <w:t>vzťahy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reliéfom</w:t>
      </w:r>
      <w:proofErr w:type="spellEnd"/>
      <w:r>
        <w:t xml:space="preserve">, </w:t>
      </w:r>
      <w:proofErr w:type="spellStart"/>
      <w:r>
        <w:t>podnebím</w:t>
      </w:r>
      <w:proofErr w:type="spellEnd"/>
      <w:r>
        <w:t xml:space="preserve">, </w:t>
      </w:r>
      <w:proofErr w:type="spellStart"/>
      <w:r>
        <w:t>vodstvom</w:t>
      </w:r>
      <w:proofErr w:type="spellEnd"/>
      <w:r>
        <w:t xml:space="preserve">, </w:t>
      </w:r>
      <w:proofErr w:type="spellStart"/>
      <w:r>
        <w:t>pôdou</w:t>
      </w:r>
      <w:proofErr w:type="spellEnd"/>
      <w:r>
        <w:t xml:space="preserve">, </w:t>
      </w:r>
      <w:proofErr w:type="spellStart"/>
      <w:r>
        <w:t>rastlinstvom</w:t>
      </w:r>
      <w:proofErr w:type="spellEnd"/>
      <w:r>
        <w:t xml:space="preserve">, </w:t>
      </w:r>
      <w:proofErr w:type="spellStart"/>
      <w:r>
        <w:t>živočíšstvom</w:t>
      </w:r>
      <w:proofErr w:type="spellEnd"/>
      <w:r>
        <w:t xml:space="preserve"> a </w:t>
      </w:r>
      <w:proofErr w:type="spellStart"/>
      <w:r>
        <w:t>činnosťou</w:t>
      </w:r>
      <w:proofErr w:type="spellEnd"/>
      <w:r>
        <w:t xml:space="preserve"> </w:t>
      </w:r>
      <w:proofErr w:type="spellStart"/>
      <w:r>
        <w:t>človeka</w:t>
      </w:r>
      <w:proofErr w:type="spellEnd"/>
      <w:r>
        <w:t>;</w:t>
      </w:r>
    </w:p>
    <w:p w14:paraId="79E0F804" w14:textId="77777777" w:rsidR="00F16BAE" w:rsidRDefault="00821AE6">
      <w:pPr>
        <w:pStyle w:val="Zoznamsodrkami"/>
        <w:spacing w:after="40"/>
      </w:pPr>
      <w:proofErr w:type="spellStart"/>
      <w:r>
        <w:t>charakterizovať</w:t>
      </w:r>
      <w:proofErr w:type="spellEnd"/>
      <w:r>
        <w:t xml:space="preserve"> </w:t>
      </w:r>
      <w:proofErr w:type="spellStart"/>
      <w:r>
        <w:t>obyvateľstvo</w:t>
      </w:r>
      <w:proofErr w:type="spellEnd"/>
      <w:r>
        <w:t xml:space="preserve">, </w:t>
      </w:r>
      <w:proofErr w:type="spellStart"/>
      <w:r>
        <w:t>sídla</w:t>
      </w:r>
      <w:proofErr w:type="spellEnd"/>
      <w:r>
        <w:t xml:space="preserve">, </w:t>
      </w:r>
      <w:proofErr w:type="spellStart"/>
      <w:r>
        <w:t>hospodárstvo</w:t>
      </w:r>
      <w:proofErr w:type="spellEnd"/>
      <w:r>
        <w:t xml:space="preserve"> a </w:t>
      </w:r>
      <w:proofErr w:type="spellStart"/>
      <w:r>
        <w:t>regionálne</w:t>
      </w:r>
      <w:proofErr w:type="spellEnd"/>
      <w:r>
        <w:t xml:space="preserve"> </w:t>
      </w:r>
      <w:proofErr w:type="spellStart"/>
      <w:r>
        <w:t>rozdiely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>;</w:t>
      </w:r>
    </w:p>
    <w:p w14:paraId="4697B94C" w14:textId="77777777" w:rsidR="00F16BAE" w:rsidRDefault="00821AE6">
      <w:pPr>
        <w:pStyle w:val="Zoznamsodrkami"/>
        <w:spacing w:after="40"/>
      </w:pPr>
      <w:proofErr w:type="spellStart"/>
      <w:r>
        <w:t>vyhľadávať</w:t>
      </w:r>
      <w:proofErr w:type="spellEnd"/>
      <w:r>
        <w:t xml:space="preserve">, </w:t>
      </w:r>
      <w:proofErr w:type="spellStart"/>
      <w:r>
        <w:t>triediť</w:t>
      </w:r>
      <w:proofErr w:type="spellEnd"/>
      <w:r>
        <w:t xml:space="preserve">, </w:t>
      </w:r>
      <w:proofErr w:type="spellStart"/>
      <w:r>
        <w:t>overovať</w:t>
      </w:r>
      <w:proofErr w:type="spellEnd"/>
      <w:r>
        <w:t xml:space="preserve"> a </w:t>
      </w:r>
      <w:proofErr w:type="spellStart"/>
      <w:r>
        <w:t>interpretovať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 z </w:t>
      </w:r>
      <w:proofErr w:type="spellStart"/>
      <w:r>
        <w:t>textov</w:t>
      </w:r>
      <w:proofErr w:type="spellEnd"/>
      <w:r>
        <w:t xml:space="preserve">, </w:t>
      </w:r>
      <w:proofErr w:type="spellStart"/>
      <w:r>
        <w:t>máp</w:t>
      </w:r>
      <w:proofErr w:type="spellEnd"/>
      <w:r>
        <w:t xml:space="preserve">, </w:t>
      </w:r>
      <w:proofErr w:type="spellStart"/>
      <w:r>
        <w:t>tabuliek</w:t>
      </w:r>
      <w:proofErr w:type="spellEnd"/>
      <w:r>
        <w:t xml:space="preserve">, </w:t>
      </w:r>
      <w:proofErr w:type="spellStart"/>
      <w:r>
        <w:t>grafov</w:t>
      </w:r>
      <w:proofErr w:type="spellEnd"/>
      <w:r>
        <w:t xml:space="preserve"> a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zdrojov</w:t>
      </w:r>
      <w:proofErr w:type="spellEnd"/>
      <w:r>
        <w:t>;</w:t>
      </w:r>
    </w:p>
    <w:p w14:paraId="45AC7E96" w14:textId="77777777" w:rsidR="00F16BAE" w:rsidRDefault="00821AE6">
      <w:pPr>
        <w:pStyle w:val="Zoznamsodrkami"/>
        <w:spacing w:after="40"/>
      </w:pPr>
      <w:proofErr w:type="spellStart"/>
      <w:r>
        <w:t>rozvíjať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, </w:t>
      </w:r>
      <w:proofErr w:type="spellStart"/>
      <w:r>
        <w:t>čitateľské</w:t>
      </w:r>
      <w:proofErr w:type="spellEnd"/>
      <w:r>
        <w:t xml:space="preserve">, </w:t>
      </w:r>
      <w:proofErr w:type="spellStart"/>
      <w:r>
        <w:t>matematické</w:t>
      </w:r>
      <w:proofErr w:type="spellEnd"/>
      <w:r>
        <w:t xml:space="preserve">, </w:t>
      </w:r>
      <w:proofErr w:type="spellStart"/>
      <w:r>
        <w:t>digitálne</w:t>
      </w:r>
      <w:proofErr w:type="spellEnd"/>
      <w:r>
        <w:t xml:space="preserve">, </w:t>
      </w:r>
      <w:proofErr w:type="spellStart"/>
      <w:r>
        <w:t>mediálne</w:t>
      </w:r>
      <w:proofErr w:type="spellEnd"/>
      <w:r>
        <w:t xml:space="preserve">, </w:t>
      </w:r>
      <w:proofErr w:type="spellStart"/>
      <w:r>
        <w:t>kultúrne</w:t>
      </w:r>
      <w:proofErr w:type="spellEnd"/>
      <w:r>
        <w:t xml:space="preserve"> a </w:t>
      </w:r>
      <w:proofErr w:type="spellStart"/>
      <w:r>
        <w:t>environmentálne</w:t>
      </w:r>
      <w:proofErr w:type="spellEnd"/>
      <w:r>
        <w:t xml:space="preserve"> </w:t>
      </w:r>
      <w:proofErr w:type="spellStart"/>
      <w:r>
        <w:t>kompetencie</w:t>
      </w:r>
      <w:proofErr w:type="spellEnd"/>
      <w:r>
        <w:t>;</w:t>
      </w:r>
    </w:p>
    <w:p w14:paraId="05812281" w14:textId="77777777" w:rsidR="00F16BAE" w:rsidRDefault="00821AE6">
      <w:pPr>
        <w:pStyle w:val="Zoznamsodrkami"/>
        <w:spacing w:after="40"/>
      </w:pPr>
      <w:proofErr w:type="spellStart"/>
      <w:r>
        <w:t>posudzovať</w:t>
      </w:r>
      <w:proofErr w:type="spellEnd"/>
      <w:r>
        <w:t xml:space="preserve"> </w:t>
      </w:r>
      <w:proofErr w:type="spellStart"/>
      <w:r>
        <w:t>problémy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 xml:space="preserve"> a </w:t>
      </w:r>
      <w:proofErr w:type="spellStart"/>
      <w:r>
        <w:t>navrhovať</w:t>
      </w:r>
      <w:proofErr w:type="spellEnd"/>
      <w:r>
        <w:t xml:space="preserve"> </w:t>
      </w:r>
      <w:proofErr w:type="spellStart"/>
      <w:r>
        <w:t>primerané</w:t>
      </w:r>
      <w:proofErr w:type="spellEnd"/>
      <w:r>
        <w:t xml:space="preserve"> </w:t>
      </w:r>
      <w:proofErr w:type="spellStart"/>
      <w:r>
        <w:t>riešenia</w:t>
      </w:r>
      <w:proofErr w:type="spellEnd"/>
      <w:r>
        <w:t>;</w:t>
      </w:r>
    </w:p>
    <w:p w14:paraId="46155274" w14:textId="77777777" w:rsidR="00F16BAE" w:rsidRDefault="00821AE6">
      <w:pPr>
        <w:pStyle w:val="Zoznamsodrkami"/>
        <w:spacing w:after="40"/>
      </w:pPr>
      <w:proofErr w:type="spellStart"/>
      <w:r>
        <w:t>rozvíjať</w:t>
      </w:r>
      <w:proofErr w:type="spellEnd"/>
      <w:r>
        <w:t xml:space="preserve"> </w:t>
      </w:r>
      <w:proofErr w:type="spellStart"/>
      <w:r>
        <w:t>vzťah</w:t>
      </w:r>
      <w:proofErr w:type="spellEnd"/>
      <w:r>
        <w:t xml:space="preserve"> k </w:t>
      </w:r>
      <w:proofErr w:type="spellStart"/>
      <w:r>
        <w:t>miestnemu</w:t>
      </w:r>
      <w:proofErr w:type="spellEnd"/>
      <w:r>
        <w:t xml:space="preserve"> </w:t>
      </w:r>
      <w:proofErr w:type="spellStart"/>
      <w:r>
        <w:t>regiónu</w:t>
      </w:r>
      <w:proofErr w:type="spellEnd"/>
      <w:r>
        <w:t xml:space="preserve">, </w:t>
      </w:r>
      <w:proofErr w:type="spellStart"/>
      <w:r>
        <w:t>prírodnému</w:t>
      </w:r>
      <w:proofErr w:type="spellEnd"/>
      <w:r>
        <w:t xml:space="preserve"> a </w:t>
      </w:r>
      <w:proofErr w:type="spellStart"/>
      <w:r>
        <w:t>kultúrnemu</w:t>
      </w:r>
      <w:proofErr w:type="spellEnd"/>
      <w:r>
        <w:t xml:space="preserve"> </w:t>
      </w:r>
      <w:proofErr w:type="spellStart"/>
      <w:r>
        <w:t>dedičstvu</w:t>
      </w:r>
      <w:proofErr w:type="spellEnd"/>
      <w:r>
        <w:t xml:space="preserve"> a </w:t>
      </w:r>
      <w:proofErr w:type="spellStart"/>
      <w:r>
        <w:t>zodpovednosti</w:t>
      </w:r>
      <w:proofErr w:type="spellEnd"/>
      <w:r>
        <w:t xml:space="preserve"> za </w:t>
      </w:r>
      <w:proofErr w:type="spellStart"/>
      <w:r>
        <w:t>krajinu</w:t>
      </w:r>
      <w:proofErr w:type="spellEnd"/>
      <w:r>
        <w:t>.</w:t>
      </w:r>
    </w:p>
    <w:p w14:paraId="3B0910B2" w14:textId="77777777" w:rsidR="00F16BAE" w:rsidRDefault="00821AE6">
      <w:pPr>
        <w:pStyle w:val="Nadpis1"/>
      </w:pPr>
      <w:r>
        <w:rPr>
          <w:rFonts w:ascii="Arial" w:hAnsi="Arial"/>
        </w:rPr>
        <w:t xml:space="preserve">3. </w:t>
      </w:r>
      <w:proofErr w:type="spellStart"/>
      <w:r>
        <w:rPr>
          <w:rFonts w:ascii="Arial" w:hAnsi="Arial"/>
        </w:rPr>
        <w:t>Kompetencie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gramotnosti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žiaka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13883E80" w14:textId="77777777">
        <w:trPr>
          <w:tblHeader/>
        </w:trPr>
        <w:tc>
          <w:tcPr>
            <w:tcW w:w="5270" w:type="dxa"/>
            <w:shd w:val="clear" w:color="auto" w:fill="B7D7EA"/>
            <w:vAlign w:val="center"/>
          </w:tcPr>
          <w:p w14:paraId="65D24D5C" w14:textId="77777777" w:rsidR="00F16BAE" w:rsidRDefault="00821AE6">
            <w:proofErr w:type="spellStart"/>
            <w:r>
              <w:rPr>
                <w:b/>
                <w:sz w:val="17"/>
              </w:rPr>
              <w:t>Kompetencia</w:t>
            </w:r>
            <w:proofErr w:type="spellEnd"/>
          </w:p>
        </w:tc>
        <w:tc>
          <w:tcPr>
            <w:tcW w:w="5270" w:type="dxa"/>
            <w:shd w:val="clear" w:color="auto" w:fill="B7D7EA"/>
            <w:vAlign w:val="center"/>
          </w:tcPr>
          <w:p w14:paraId="4FEEB450" w14:textId="77777777" w:rsidR="00F16BAE" w:rsidRDefault="00821AE6">
            <w:proofErr w:type="spellStart"/>
            <w:r>
              <w:rPr>
                <w:b/>
                <w:sz w:val="17"/>
              </w:rPr>
              <w:t>Očakávaný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prejav</w:t>
            </w:r>
            <w:proofErr w:type="spellEnd"/>
          </w:p>
        </w:tc>
      </w:tr>
      <w:tr w:rsidR="00F16BAE" w14:paraId="248EE3EC" w14:textId="77777777">
        <w:tc>
          <w:tcPr>
            <w:tcW w:w="5270" w:type="dxa"/>
            <w:vAlign w:val="center"/>
          </w:tcPr>
          <w:p w14:paraId="6CD27B61" w14:textId="77777777" w:rsidR="00F16BAE" w:rsidRDefault="00821AE6">
            <w:proofErr w:type="spellStart"/>
            <w:r>
              <w:rPr>
                <w:b/>
                <w:sz w:val="16"/>
              </w:rPr>
              <w:t>Geografické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mapové</w:t>
            </w:r>
            <w:proofErr w:type="spellEnd"/>
          </w:p>
        </w:tc>
        <w:tc>
          <w:tcPr>
            <w:tcW w:w="5270" w:type="dxa"/>
            <w:vAlign w:val="center"/>
          </w:tcPr>
          <w:p w14:paraId="61D431FF" w14:textId="77777777" w:rsidR="00F16BAE" w:rsidRDefault="00821AE6">
            <w:proofErr w:type="spellStart"/>
            <w:r>
              <w:rPr>
                <w:sz w:val="16"/>
              </w:rPr>
              <w:t>orientuje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mapách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Slovenska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lokalizuje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objekty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pracuje</w:t>
            </w:r>
            <w:proofErr w:type="spellEnd"/>
            <w:r>
              <w:rPr>
                <w:sz w:val="16"/>
              </w:rPr>
              <w:t xml:space="preserve"> so </w:t>
            </w:r>
            <w:proofErr w:type="spellStart"/>
            <w:r>
              <w:rPr>
                <w:sz w:val="16"/>
              </w:rPr>
              <w:t>súradnicami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mierkou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tematickou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slepou</w:t>
            </w:r>
            <w:proofErr w:type="spellEnd"/>
            <w:r>
              <w:rPr>
                <w:sz w:val="16"/>
              </w:rPr>
              <w:t xml:space="preserve"> mapou.</w:t>
            </w:r>
          </w:p>
        </w:tc>
      </w:tr>
      <w:tr w:rsidR="00F16BAE" w14:paraId="092FD06D" w14:textId="77777777">
        <w:tc>
          <w:tcPr>
            <w:tcW w:w="5270" w:type="dxa"/>
            <w:vAlign w:val="center"/>
          </w:tcPr>
          <w:p w14:paraId="18CA97DF" w14:textId="77777777" w:rsidR="00F16BAE" w:rsidRDefault="00821AE6">
            <w:proofErr w:type="spellStart"/>
            <w:r>
              <w:rPr>
                <w:b/>
                <w:sz w:val="16"/>
              </w:rPr>
              <w:t>Komunikatívne</w:t>
            </w:r>
            <w:proofErr w:type="spellEnd"/>
          </w:p>
        </w:tc>
        <w:tc>
          <w:tcPr>
            <w:tcW w:w="5270" w:type="dxa"/>
            <w:vAlign w:val="center"/>
          </w:tcPr>
          <w:p w14:paraId="2F311643" w14:textId="77777777" w:rsidR="00F16BAE" w:rsidRDefault="00821AE6">
            <w:proofErr w:type="spellStart"/>
            <w:r>
              <w:rPr>
                <w:sz w:val="16"/>
              </w:rPr>
              <w:t>odborne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vyjadruje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argumentuje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diskutuje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prezentuje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výsledky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práce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73145671" w14:textId="77777777">
        <w:tc>
          <w:tcPr>
            <w:tcW w:w="5270" w:type="dxa"/>
            <w:vAlign w:val="center"/>
          </w:tcPr>
          <w:p w14:paraId="0A5B8F09" w14:textId="77777777" w:rsidR="00F16BAE" w:rsidRDefault="00821AE6">
            <w:proofErr w:type="spellStart"/>
            <w:r>
              <w:rPr>
                <w:b/>
                <w:sz w:val="16"/>
              </w:rPr>
              <w:t>Informačné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digitálne</w:t>
            </w:r>
            <w:proofErr w:type="spellEnd"/>
          </w:p>
        </w:tc>
        <w:tc>
          <w:tcPr>
            <w:tcW w:w="5270" w:type="dxa"/>
            <w:vAlign w:val="center"/>
          </w:tcPr>
          <w:p w14:paraId="758B10E7" w14:textId="77777777" w:rsidR="00F16BAE" w:rsidRDefault="00821AE6">
            <w:proofErr w:type="spellStart"/>
            <w:r>
              <w:rPr>
                <w:sz w:val="16"/>
              </w:rPr>
              <w:t>vyhľadáva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overuje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informácie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používa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digitálne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tabuľky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grafy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primerane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nástroje</w:t>
            </w:r>
            <w:proofErr w:type="spellEnd"/>
            <w:r>
              <w:rPr>
                <w:sz w:val="16"/>
              </w:rPr>
              <w:t xml:space="preserve"> AI.</w:t>
            </w:r>
          </w:p>
        </w:tc>
      </w:tr>
      <w:tr w:rsidR="00F16BAE" w14:paraId="1F3EE3F8" w14:textId="77777777">
        <w:tc>
          <w:tcPr>
            <w:tcW w:w="5270" w:type="dxa"/>
            <w:vAlign w:val="center"/>
          </w:tcPr>
          <w:p w14:paraId="6E4515DF" w14:textId="77777777" w:rsidR="00F16BAE" w:rsidRDefault="00821AE6">
            <w:proofErr w:type="spellStart"/>
            <w:r>
              <w:rPr>
                <w:b/>
                <w:sz w:val="16"/>
              </w:rPr>
              <w:t>Matematické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dátové</w:t>
            </w:r>
            <w:proofErr w:type="spellEnd"/>
          </w:p>
        </w:tc>
        <w:tc>
          <w:tcPr>
            <w:tcW w:w="5270" w:type="dxa"/>
            <w:vAlign w:val="center"/>
          </w:tcPr>
          <w:p w14:paraId="6B6510B5" w14:textId="77777777" w:rsidR="00F16BAE" w:rsidRDefault="00821AE6">
            <w:proofErr w:type="spellStart"/>
            <w:r>
              <w:rPr>
                <w:sz w:val="16"/>
              </w:rPr>
              <w:t>číta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porovnáva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štatistické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údaje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grafy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tabuľky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údaje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obyvateľstve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hospodárstve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3F629CD5" w14:textId="77777777">
        <w:tc>
          <w:tcPr>
            <w:tcW w:w="5270" w:type="dxa"/>
            <w:vAlign w:val="center"/>
          </w:tcPr>
          <w:p w14:paraId="4ABC7071" w14:textId="77777777" w:rsidR="00F16BAE" w:rsidRDefault="00821AE6">
            <w:proofErr w:type="spellStart"/>
            <w:r>
              <w:rPr>
                <w:b/>
                <w:sz w:val="16"/>
              </w:rPr>
              <w:t>Sociálne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osobnostné</w:t>
            </w:r>
            <w:proofErr w:type="spellEnd"/>
          </w:p>
        </w:tc>
        <w:tc>
          <w:tcPr>
            <w:tcW w:w="5270" w:type="dxa"/>
            <w:vAlign w:val="center"/>
          </w:tcPr>
          <w:p w14:paraId="3A32869A" w14:textId="77777777" w:rsidR="00F16BAE" w:rsidRDefault="00821AE6">
            <w:proofErr w:type="spellStart"/>
            <w:r>
              <w:rPr>
                <w:sz w:val="16"/>
              </w:rPr>
              <w:t>spolupracuje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prijíma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spätnú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väzbu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sebahodnotí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svoj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výkon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rešpektuje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názory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iných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1DA6B15E" w14:textId="77777777">
        <w:tc>
          <w:tcPr>
            <w:tcW w:w="5270" w:type="dxa"/>
            <w:vAlign w:val="center"/>
          </w:tcPr>
          <w:p w14:paraId="45277DE1" w14:textId="77777777" w:rsidR="00F16BAE" w:rsidRDefault="00821AE6">
            <w:proofErr w:type="spellStart"/>
            <w:r>
              <w:rPr>
                <w:b/>
                <w:sz w:val="16"/>
              </w:rPr>
              <w:t>Kultúrne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občianske</w:t>
            </w:r>
            <w:proofErr w:type="spellEnd"/>
          </w:p>
        </w:tc>
        <w:tc>
          <w:tcPr>
            <w:tcW w:w="5270" w:type="dxa"/>
            <w:vAlign w:val="center"/>
          </w:tcPr>
          <w:p w14:paraId="17150D2A" w14:textId="77777777" w:rsidR="00F16BAE" w:rsidRDefault="00821AE6">
            <w:proofErr w:type="spellStart"/>
            <w:r>
              <w:rPr>
                <w:sz w:val="16"/>
              </w:rPr>
              <w:t>rešpektuje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národnostnú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kultúrnu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rozmanitosť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chráni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prírodné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kultúrne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dedičstvo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51971109" w14:textId="77777777">
        <w:tc>
          <w:tcPr>
            <w:tcW w:w="5270" w:type="dxa"/>
            <w:vAlign w:val="center"/>
          </w:tcPr>
          <w:p w14:paraId="1EEF23F7" w14:textId="77777777" w:rsidR="00F16BAE" w:rsidRDefault="00821AE6">
            <w:proofErr w:type="spellStart"/>
            <w:r>
              <w:rPr>
                <w:b/>
                <w:sz w:val="16"/>
              </w:rPr>
              <w:t>Riešenie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problémov</w:t>
            </w:r>
            <w:proofErr w:type="spellEnd"/>
          </w:p>
        </w:tc>
        <w:tc>
          <w:tcPr>
            <w:tcW w:w="5270" w:type="dxa"/>
            <w:vAlign w:val="center"/>
          </w:tcPr>
          <w:p w14:paraId="574372C7" w14:textId="77777777" w:rsidR="00F16BAE" w:rsidRDefault="00821AE6">
            <w:proofErr w:type="spellStart"/>
            <w:r>
              <w:rPr>
                <w:sz w:val="16"/>
              </w:rPr>
              <w:t>analyzuje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geografický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problém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hľadá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príčiny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porovnáva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možnosti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lastRenderedPageBreak/>
              <w:t>formuluje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záver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2B7570D2" w14:textId="77777777" w:rsidR="00F16BAE" w:rsidRDefault="00821AE6">
      <w:pPr>
        <w:pStyle w:val="Nadpis1"/>
      </w:pPr>
      <w:r>
        <w:rPr>
          <w:rFonts w:ascii="Arial" w:hAnsi="Arial"/>
        </w:rPr>
        <w:lastRenderedPageBreak/>
        <w:t xml:space="preserve">4. </w:t>
      </w:r>
      <w:proofErr w:type="spellStart"/>
      <w:r>
        <w:rPr>
          <w:rFonts w:ascii="Arial" w:hAnsi="Arial"/>
        </w:rPr>
        <w:t>Obsahový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výkonový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  <w:r>
        <w:rPr>
          <w:rFonts w:ascii="Arial" w:hAnsi="Arial"/>
        </w:rPr>
        <w:t xml:space="preserve"> – </w:t>
      </w:r>
      <w:proofErr w:type="spellStart"/>
      <w:r>
        <w:rPr>
          <w:rFonts w:ascii="Arial" w:hAnsi="Arial"/>
        </w:rPr>
        <w:t>Slovensko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491BD95D" w14:textId="77777777">
        <w:trPr>
          <w:tblHeader/>
        </w:trPr>
        <w:tc>
          <w:tcPr>
            <w:tcW w:w="5270" w:type="dxa"/>
            <w:shd w:val="clear" w:color="auto" w:fill="B7D7EA"/>
            <w:vAlign w:val="center"/>
          </w:tcPr>
          <w:p w14:paraId="5375E701" w14:textId="77777777" w:rsidR="00F16BAE" w:rsidRDefault="00821AE6">
            <w:proofErr w:type="spellStart"/>
            <w:r>
              <w:rPr>
                <w:b/>
                <w:sz w:val="17"/>
              </w:rPr>
              <w:t>Obsah</w:t>
            </w:r>
            <w:proofErr w:type="spellEnd"/>
          </w:p>
        </w:tc>
        <w:tc>
          <w:tcPr>
            <w:tcW w:w="5270" w:type="dxa"/>
            <w:shd w:val="clear" w:color="auto" w:fill="B7D7EA"/>
            <w:vAlign w:val="center"/>
          </w:tcPr>
          <w:p w14:paraId="6D2BEC79" w14:textId="77777777" w:rsidR="00F16BAE" w:rsidRDefault="00821AE6">
            <w:proofErr w:type="spellStart"/>
            <w:r>
              <w:rPr>
                <w:b/>
                <w:sz w:val="17"/>
              </w:rPr>
              <w:t>Výkon</w:t>
            </w:r>
            <w:proofErr w:type="spellEnd"/>
          </w:p>
        </w:tc>
      </w:tr>
      <w:tr w:rsidR="00F16BAE" w14:paraId="2C45F751" w14:textId="77777777">
        <w:tc>
          <w:tcPr>
            <w:tcW w:w="5270" w:type="dxa"/>
            <w:vAlign w:val="center"/>
          </w:tcPr>
          <w:p w14:paraId="4C6EA4EB" w14:textId="77777777" w:rsidR="00F16BAE" w:rsidRDefault="00821AE6">
            <w:proofErr w:type="spellStart"/>
            <w:r>
              <w:rPr>
                <w:b/>
                <w:sz w:val="16"/>
              </w:rPr>
              <w:t>Poloha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Slovenska</w:t>
            </w:r>
            <w:proofErr w:type="spellEnd"/>
          </w:p>
        </w:tc>
        <w:tc>
          <w:tcPr>
            <w:tcW w:w="5270" w:type="dxa"/>
            <w:vAlign w:val="center"/>
          </w:tcPr>
          <w:p w14:paraId="4BB9A6EF" w14:textId="77777777" w:rsidR="00F16BAE" w:rsidRDefault="00821AE6">
            <w:proofErr w:type="spellStart"/>
            <w:r>
              <w:rPr>
                <w:sz w:val="16"/>
              </w:rPr>
              <w:t>zhodnotí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polohu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Slovenska</w:t>
            </w:r>
            <w:proofErr w:type="spellEnd"/>
            <w:r>
              <w:rPr>
                <w:sz w:val="16"/>
              </w:rPr>
              <w:t xml:space="preserve"> v </w:t>
            </w:r>
            <w:proofErr w:type="spellStart"/>
            <w:r>
              <w:rPr>
                <w:sz w:val="16"/>
              </w:rPr>
              <w:t>Európe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svete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lokalizuje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susedné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štáty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pohoria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nížiny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podnebné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oblasti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0E904346" w14:textId="77777777">
        <w:tc>
          <w:tcPr>
            <w:tcW w:w="5270" w:type="dxa"/>
            <w:vAlign w:val="center"/>
          </w:tcPr>
          <w:p w14:paraId="132DA5C3" w14:textId="77777777" w:rsidR="00F16BAE" w:rsidRDefault="00821AE6">
            <w:proofErr w:type="spellStart"/>
            <w:r>
              <w:rPr>
                <w:b/>
                <w:sz w:val="16"/>
              </w:rPr>
              <w:t>Povrch</w:t>
            </w:r>
            <w:proofErr w:type="spellEnd"/>
          </w:p>
        </w:tc>
        <w:tc>
          <w:tcPr>
            <w:tcW w:w="5270" w:type="dxa"/>
            <w:vAlign w:val="center"/>
          </w:tcPr>
          <w:p w14:paraId="593CDA51" w14:textId="77777777" w:rsidR="00F16BAE" w:rsidRDefault="00821AE6">
            <w:proofErr w:type="spellStart"/>
            <w:r>
              <w:rPr>
                <w:sz w:val="16"/>
              </w:rPr>
              <w:t>identifikuje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najväčšie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pohoria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nížiny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kotliny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pracuje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fyzickou</w:t>
            </w:r>
            <w:proofErr w:type="spellEnd"/>
            <w:r>
              <w:rPr>
                <w:sz w:val="16"/>
              </w:rPr>
              <w:t xml:space="preserve"> mapou.</w:t>
            </w:r>
          </w:p>
        </w:tc>
      </w:tr>
      <w:tr w:rsidR="00F16BAE" w14:paraId="598EEE11" w14:textId="77777777">
        <w:tc>
          <w:tcPr>
            <w:tcW w:w="5270" w:type="dxa"/>
            <w:vAlign w:val="center"/>
          </w:tcPr>
          <w:p w14:paraId="4F7192D8" w14:textId="77777777" w:rsidR="00F16BAE" w:rsidRDefault="00821AE6">
            <w:proofErr w:type="spellStart"/>
            <w:r>
              <w:rPr>
                <w:b/>
                <w:sz w:val="16"/>
              </w:rPr>
              <w:t>Podnebie</w:t>
            </w:r>
            <w:proofErr w:type="spellEnd"/>
          </w:p>
        </w:tc>
        <w:tc>
          <w:tcPr>
            <w:tcW w:w="5270" w:type="dxa"/>
            <w:vAlign w:val="center"/>
          </w:tcPr>
          <w:p w14:paraId="531B4E12" w14:textId="77777777" w:rsidR="00F16BAE" w:rsidRDefault="00821AE6"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vplyv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oceánu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prevládajúceho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západného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prúdenia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zdôvodní</w:t>
            </w:r>
            <w:proofErr w:type="spellEnd"/>
            <w:r>
              <w:rPr>
                <w:sz w:val="16"/>
              </w:rPr>
              <w:t xml:space="preserve"> tri </w:t>
            </w:r>
            <w:proofErr w:type="spellStart"/>
            <w:r>
              <w:rPr>
                <w:sz w:val="16"/>
              </w:rPr>
              <w:t>klimatické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oblasti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5B474F20" w14:textId="77777777">
        <w:tc>
          <w:tcPr>
            <w:tcW w:w="5270" w:type="dxa"/>
            <w:vAlign w:val="center"/>
          </w:tcPr>
          <w:p w14:paraId="5B4FE0BC" w14:textId="77777777" w:rsidR="00F16BAE" w:rsidRDefault="00821AE6">
            <w:proofErr w:type="spellStart"/>
            <w:r>
              <w:rPr>
                <w:b/>
                <w:sz w:val="16"/>
              </w:rPr>
              <w:t>Vodstvo</w:t>
            </w:r>
            <w:proofErr w:type="spellEnd"/>
          </w:p>
        </w:tc>
        <w:tc>
          <w:tcPr>
            <w:tcW w:w="5270" w:type="dxa"/>
            <w:vAlign w:val="center"/>
          </w:tcPr>
          <w:p w14:paraId="226D6EFB" w14:textId="77777777" w:rsidR="00F16BAE" w:rsidRDefault="00821AE6">
            <w:proofErr w:type="spellStart"/>
            <w:r>
              <w:rPr>
                <w:sz w:val="16"/>
              </w:rPr>
              <w:t>vymedzí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porovná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povodia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najväčších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riek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ročný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režim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vody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lokalizuje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oblasti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podzemnej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vody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6BC00BD0" w14:textId="77777777">
        <w:tc>
          <w:tcPr>
            <w:tcW w:w="5270" w:type="dxa"/>
            <w:vAlign w:val="center"/>
          </w:tcPr>
          <w:p w14:paraId="59B36474" w14:textId="77777777" w:rsidR="00F16BAE" w:rsidRDefault="00821AE6">
            <w:proofErr w:type="spellStart"/>
            <w:r>
              <w:rPr>
                <w:b/>
                <w:sz w:val="16"/>
              </w:rPr>
              <w:t>Rastlinstvo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živočíšstvo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ochrana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prírody</w:t>
            </w:r>
            <w:proofErr w:type="spellEnd"/>
          </w:p>
        </w:tc>
        <w:tc>
          <w:tcPr>
            <w:tcW w:w="5270" w:type="dxa"/>
            <w:vAlign w:val="center"/>
          </w:tcPr>
          <w:p w14:paraId="52218A36" w14:textId="77777777" w:rsidR="00F16BAE" w:rsidRDefault="00821AE6"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usporiadanie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vegetačných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stupňov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uvedie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typické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druhy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lokalizuje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veľkoplošné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chránené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územia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35281034" w14:textId="77777777">
        <w:tc>
          <w:tcPr>
            <w:tcW w:w="5270" w:type="dxa"/>
            <w:vAlign w:val="center"/>
          </w:tcPr>
          <w:p w14:paraId="41920E5E" w14:textId="77777777" w:rsidR="00F16BAE" w:rsidRDefault="00821AE6">
            <w:proofErr w:type="spellStart"/>
            <w:r>
              <w:rPr>
                <w:b/>
                <w:sz w:val="16"/>
              </w:rPr>
              <w:t>História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obyvateľstvo</w:t>
            </w:r>
            <w:proofErr w:type="spellEnd"/>
          </w:p>
        </w:tc>
        <w:tc>
          <w:tcPr>
            <w:tcW w:w="5270" w:type="dxa"/>
            <w:vAlign w:val="center"/>
          </w:tcPr>
          <w:p w14:paraId="1B3E03E4" w14:textId="77777777" w:rsidR="00F16BAE" w:rsidRDefault="00821AE6">
            <w:proofErr w:type="spellStart"/>
            <w:r>
              <w:rPr>
                <w:sz w:val="16"/>
              </w:rPr>
              <w:t>zoradí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významné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historické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udalosti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zmeny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počtu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obyvateľov</w:t>
            </w:r>
            <w:proofErr w:type="spellEnd"/>
            <w:r>
              <w:rPr>
                <w:sz w:val="16"/>
              </w:rPr>
              <w:t xml:space="preserve"> a ich </w:t>
            </w:r>
            <w:proofErr w:type="spellStart"/>
            <w:r>
              <w:rPr>
                <w:sz w:val="16"/>
              </w:rPr>
              <w:t>rozmiestnenie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charakterizuje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národnostnú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štruktúru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0EE86EEC" w14:textId="77777777">
        <w:tc>
          <w:tcPr>
            <w:tcW w:w="5270" w:type="dxa"/>
            <w:vAlign w:val="center"/>
          </w:tcPr>
          <w:p w14:paraId="5D027494" w14:textId="77777777" w:rsidR="00F16BAE" w:rsidRDefault="00821AE6">
            <w:proofErr w:type="spellStart"/>
            <w:r>
              <w:rPr>
                <w:b/>
                <w:sz w:val="16"/>
              </w:rPr>
              <w:t>Sídla</w:t>
            </w:r>
            <w:proofErr w:type="spellEnd"/>
          </w:p>
        </w:tc>
        <w:tc>
          <w:tcPr>
            <w:tcW w:w="5270" w:type="dxa"/>
            <w:vAlign w:val="center"/>
          </w:tcPr>
          <w:p w14:paraId="423F3BDD" w14:textId="77777777" w:rsidR="00F16BAE" w:rsidRDefault="00821AE6">
            <w:proofErr w:type="spellStart"/>
            <w:r>
              <w:rPr>
                <w:sz w:val="16"/>
              </w:rPr>
              <w:t>zostaví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zoznam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najľudnatejších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miest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osobitné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postavenie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Bratislavy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Košíc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07A8D451" w14:textId="77777777">
        <w:tc>
          <w:tcPr>
            <w:tcW w:w="5270" w:type="dxa"/>
            <w:vAlign w:val="center"/>
          </w:tcPr>
          <w:p w14:paraId="05F3FADA" w14:textId="77777777" w:rsidR="00F16BAE" w:rsidRDefault="00821AE6">
            <w:proofErr w:type="spellStart"/>
            <w:r>
              <w:rPr>
                <w:b/>
                <w:sz w:val="16"/>
              </w:rPr>
              <w:t>Hospodárstvo</w:t>
            </w:r>
            <w:proofErr w:type="spellEnd"/>
          </w:p>
        </w:tc>
        <w:tc>
          <w:tcPr>
            <w:tcW w:w="5270" w:type="dxa"/>
            <w:vAlign w:val="center"/>
          </w:tcPr>
          <w:p w14:paraId="7BEB29A0" w14:textId="77777777" w:rsidR="00F16BAE" w:rsidRDefault="00821AE6">
            <w:proofErr w:type="spellStart"/>
            <w:r>
              <w:rPr>
                <w:sz w:val="16"/>
              </w:rPr>
              <w:t>vysvetlí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zmeny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z w:val="16"/>
              </w:rPr>
              <w:t>roku</w:t>
            </w:r>
            <w:proofErr w:type="spellEnd"/>
            <w:r>
              <w:rPr>
                <w:sz w:val="16"/>
              </w:rPr>
              <w:t xml:space="preserve"> 1989, </w:t>
            </w:r>
            <w:proofErr w:type="spellStart"/>
            <w:r>
              <w:rPr>
                <w:sz w:val="16"/>
              </w:rPr>
              <w:t>porovná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hospodárstvo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regiónov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identifikuje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najznečistenejšie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oblasti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085D2A96" w14:textId="77777777">
        <w:tc>
          <w:tcPr>
            <w:tcW w:w="5270" w:type="dxa"/>
            <w:vAlign w:val="center"/>
          </w:tcPr>
          <w:p w14:paraId="72E5DE32" w14:textId="77777777" w:rsidR="00F16BAE" w:rsidRDefault="00821AE6">
            <w:proofErr w:type="spellStart"/>
            <w:r>
              <w:rPr>
                <w:b/>
                <w:sz w:val="16"/>
              </w:rPr>
              <w:t>Cestovný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ruch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problémy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Slovenska</w:t>
            </w:r>
            <w:proofErr w:type="spellEnd"/>
          </w:p>
        </w:tc>
        <w:tc>
          <w:tcPr>
            <w:tcW w:w="5270" w:type="dxa"/>
            <w:vAlign w:val="center"/>
          </w:tcPr>
          <w:p w14:paraId="778A1BE5" w14:textId="77777777" w:rsidR="00F16BAE" w:rsidRDefault="00821AE6">
            <w:proofErr w:type="spellStart"/>
            <w:r>
              <w:rPr>
                <w:sz w:val="16"/>
              </w:rPr>
              <w:t>zhodnotí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potenciál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cestovného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ruchu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zaujme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stanovisko</w:t>
            </w:r>
            <w:proofErr w:type="spellEnd"/>
            <w:r>
              <w:rPr>
                <w:sz w:val="16"/>
              </w:rPr>
              <w:t xml:space="preserve"> k </w:t>
            </w:r>
            <w:proofErr w:type="spellStart"/>
            <w:r>
              <w:rPr>
                <w:sz w:val="16"/>
              </w:rPr>
              <w:t>závažným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problémom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Slovenska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F16BAE" w14:paraId="5F5DCB30" w14:textId="77777777">
        <w:tc>
          <w:tcPr>
            <w:tcW w:w="5270" w:type="dxa"/>
            <w:vAlign w:val="center"/>
          </w:tcPr>
          <w:p w14:paraId="793782D9" w14:textId="77777777" w:rsidR="00F16BAE" w:rsidRDefault="00821AE6">
            <w:proofErr w:type="spellStart"/>
            <w:r>
              <w:rPr>
                <w:b/>
                <w:sz w:val="16"/>
              </w:rPr>
              <w:t>Regióny</w:t>
            </w:r>
            <w:proofErr w:type="spellEnd"/>
            <w:r>
              <w:rPr>
                <w:b/>
                <w:sz w:val="16"/>
              </w:rPr>
              <w:t xml:space="preserve"> a UNESCO</w:t>
            </w:r>
          </w:p>
        </w:tc>
        <w:tc>
          <w:tcPr>
            <w:tcW w:w="5270" w:type="dxa"/>
            <w:vAlign w:val="center"/>
          </w:tcPr>
          <w:p w14:paraId="61A3AE2C" w14:textId="77777777" w:rsidR="00F16BAE" w:rsidRDefault="00821AE6">
            <w:proofErr w:type="spellStart"/>
            <w:r>
              <w:rPr>
                <w:sz w:val="16"/>
              </w:rPr>
              <w:t>lokalizuje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kraje</w:t>
            </w:r>
            <w:proofErr w:type="spellEnd"/>
            <w:r>
              <w:rPr>
                <w:sz w:val="16"/>
              </w:rPr>
              <w:t xml:space="preserve"> a ich </w:t>
            </w:r>
            <w:proofErr w:type="spellStart"/>
            <w:r>
              <w:rPr>
                <w:sz w:val="16"/>
              </w:rPr>
              <w:t>sídla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porovná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západné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stredné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východné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Slovensko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zdôvodní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význam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vybraných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pamiatok</w:t>
            </w:r>
            <w:proofErr w:type="spellEnd"/>
            <w:r>
              <w:rPr>
                <w:sz w:val="16"/>
              </w:rPr>
              <w:t xml:space="preserve"> UNESCO.</w:t>
            </w:r>
          </w:p>
        </w:tc>
      </w:tr>
    </w:tbl>
    <w:p w14:paraId="2C48DE49" w14:textId="77777777" w:rsidR="00F16BAE" w:rsidRDefault="00821AE6">
      <w:pPr>
        <w:pStyle w:val="Nadpis1"/>
      </w:pPr>
      <w:r>
        <w:rPr>
          <w:rFonts w:ascii="Arial" w:hAnsi="Arial"/>
        </w:rPr>
        <w:t xml:space="preserve">5. </w:t>
      </w:r>
      <w:proofErr w:type="spellStart"/>
      <w:r>
        <w:rPr>
          <w:rFonts w:ascii="Arial" w:hAnsi="Arial"/>
        </w:rPr>
        <w:t>Tematické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celky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hodinová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dotácia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0EBD4D22" w14:textId="77777777">
        <w:trPr>
          <w:tblHeader/>
        </w:trPr>
        <w:tc>
          <w:tcPr>
            <w:tcW w:w="5270" w:type="dxa"/>
            <w:shd w:val="clear" w:color="auto" w:fill="B7D7EA"/>
            <w:vAlign w:val="center"/>
          </w:tcPr>
          <w:p w14:paraId="028454F0" w14:textId="77777777" w:rsidR="00F16BAE" w:rsidRDefault="00821AE6">
            <w:proofErr w:type="spellStart"/>
            <w:r>
              <w:rPr>
                <w:b/>
                <w:sz w:val="18"/>
              </w:rPr>
              <w:t>Tematický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celok</w:t>
            </w:r>
            <w:proofErr w:type="spellEnd"/>
          </w:p>
        </w:tc>
        <w:tc>
          <w:tcPr>
            <w:tcW w:w="5270" w:type="dxa"/>
            <w:shd w:val="clear" w:color="auto" w:fill="B7D7EA"/>
            <w:vAlign w:val="center"/>
          </w:tcPr>
          <w:p w14:paraId="29BB3A6E" w14:textId="77777777" w:rsidR="00F16BAE" w:rsidRDefault="00821AE6">
            <w:proofErr w:type="spellStart"/>
            <w:r>
              <w:rPr>
                <w:b/>
                <w:sz w:val="18"/>
              </w:rPr>
              <w:t>Hodiny</w:t>
            </w:r>
            <w:proofErr w:type="spellEnd"/>
          </w:p>
        </w:tc>
      </w:tr>
      <w:tr w:rsidR="00F16BAE" w14:paraId="6B40DEDA" w14:textId="77777777">
        <w:tc>
          <w:tcPr>
            <w:tcW w:w="5270" w:type="dxa"/>
            <w:vAlign w:val="center"/>
          </w:tcPr>
          <w:p w14:paraId="0F44BA31" w14:textId="77777777" w:rsidR="00F16BAE" w:rsidRDefault="00821AE6">
            <w:proofErr w:type="spellStart"/>
            <w:r>
              <w:rPr>
                <w:sz w:val="17"/>
              </w:rPr>
              <w:t>Úvod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opakovanie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práca</w:t>
            </w:r>
            <w:proofErr w:type="spellEnd"/>
            <w:r>
              <w:rPr>
                <w:sz w:val="17"/>
              </w:rPr>
              <w:t xml:space="preserve"> s mapou</w:t>
            </w:r>
          </w:p>
        </w:tc>
        <w:tc>
          <w:tcPr>
            <w:tcW w:w="5270" w:type="dxa"/>
            <w:vAlign w:val="center"/>
          </w:tcPr>
          <w:p w14:paraId="5AA79D0D" w14:textId="77777777" w:rsidR="00F16BAE" w:rsidRDefault="00821AE6">
            <w:r>
              <w:rPr>
                <w:sz w:val="17"/>
              </w:rPr>
              <w:t>4 h</w:t>
            </w:r>
          </w:p>
        </w:tc>
      </w:tr>
      <w:tr w:rsidR="00F16BAE" w14:paraId="73F6804B" w14:textId="77777777">
        <w:tc>
          <w:tcPr>
            <w:tcW w:w="5270" w:type="dxa"/>
            <w:vAlign w:val="center"/>
          </w:tcPr>
          <w:p w14:paraId="32B236F3" w14:textId="77777777" w:rsidR="00F16BAE" w:rsidRDefault="00821AE6">
            <w:proofErr w:type="spellStart"/>
            <w:r>
              <w:rPr>
                <w:sz w:val="17"/>
              </w:rPr>
              <w:t>Prírodné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pomery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Slovenska</w:t>
            </w:r>
            <w:proofErr w:type="spellEnd"/>
          </w:p>
        </w:tc>
        <w:tc>
          <w:tcPr>
            <w:tcW w:w="5270" w:type="dxa"/>
            <w:vAlign w:val="center"/>
          </w:tcPr>
          <w:p w14:paraId="79F2D586" w14:textId="77777777" w:rsidR="00F16BAE" w:rsidRDefault="00821AE6">
            <w:r>
              <w:rPr>
                <w:sz w:val="17"/>
              </w:rPr>
              <w:t>6 h</w:t>
            </w:r>
          </w:p>
        </w:tc>
      </w:tr>
      <w:tr w:rsidR="00F16BAE" w14:paraId="0E5B58DB" w14:textId="77777777">
        <w:tc>
          <w:tcPr>
            <w:tcW w:w="5270" w:type="dxa"/>
            <w:vAlign w:val="center"/>
          </w:tcPr>
          <w:p w14:paraId="52A4BEF2" w14:textId="77777777" w:rsidR="00F16BAE" w:rsidRDefault="00821AE6">
            <w:proofErr w:type="spellStart"/>
            <w:r>
              <w:rPr>
                <w:sz w:val="17"/>
              </w:rPr>
              <w:t>Obyvateľstvo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sídla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hospodárstvo</w:t>
            </w:r>
            <w:proofErr w:type="spellEnd"/>
          </w:p>
        </w:tc>
        <w:tc>
          <w:tcPr>
            <w:tcW w:w="5270" w:type="dxa"/>
            <w:vAlign w:val="center"/>
          </w:tcPr>
          <w:p w14:paraId="153E33F1" w14:textId="77777777" w:rsidR="00F16BAE" w:rsidRDefault="00821AE6">
            <w:r>
              <w:rPr>
                <w:sz w:val="17"/>
              </w:rPr>
              <w:t>6 h</w:t>
            </w:r>
          </w:p>
        </w:tc>
      </w:tr>
      <w:tr w:rsidR="00F16BAE" w14:paraId="00C7DDF9" w14:textId="77777777">
        <w:tc>
          <w:tcPr>
            <w:tcW w:w="5270" w:type="dxa"/>
            <w:vAlign w:val="center"/>
          </w:tcPr>
          <w:p w14:paraId="616C74CA" w14:textId="77777777" w:rsidR="00F16BAE" w:rsidRDefault="00821AE6">
            <w:proofErr w:type="spellStart"/>
            <w:r>
              <w:rPr>
                <w:sz w:val="17"/>
              </w:rPr>
              <w:t>Regióny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Slovenska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možnosti</w:t>
            </w:r>
            <w:proofErr w:type="spellEnd"/>
            <w:r>
              <w:rPr>
                <w:sz w:val="17"/>
              </w:rPr>
              <w:t xml:space="preserve"> ich </w:t>
            </w:r>
            <w:proofErr w:type="spellStart"/>
            <w:r>
              <w:rPr>
                <w:sz w:val="17"/>
              </w:rPr>
              <w:t>rozvoja</w:t>
            </w:r>
            <w:proofErr w:type="spellEnd"/>
          </w:p>
        </w:tc>
        <w:tc>
          <w:tcPr>
            <w:tcW w:w="5270" w:type="dxa"/>
            <w:vAlign w:val="center"/>
          </w:tcPr>
          <w:p w14:paraId="18C9622C" w14:textId="77777777" w:rsidR="00F16BAE" w:rsidRDefault="00821AE6">
            <w:r>
              <w:rPr>
                <w:sz w:val="17"/>
              </w:rPr>
              <w:t>12 h</w:t>
            </w:r>
          </w:p>
        </w:tc>
      </w:tr>
      <w:tr w:rsidR="00F16BAE" w14:paraId="63CB9E21" w14:textId="77777777">
        <w:tc>
          <w:tcPr>
            <w:tcW w:w="5270" w:type="dxa"/>
            <w:vAlign w:val="center"/>
          </w:tcPr>
          <w:p w14:paraId="0E9B3E7A" w14:textId="77777777" w:rsidR="00F16BAE" w:rsidRDefault="00821AE6">
            <w:proofErr w:type="spellStart"/>
            <w:r>
              <w:rPr>
                <w:sz w:val="17"/>
              </w:rPr>
              <w:t>Zhrnutie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projekt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hodnotenie</w:t>
            </w:r>
            <w:proofErr w:type="spellEnd"/>
          </w:p>
        </w:tc>
        <w:tc>
          <w:tcPr>
            <w:tcW w:w="5270" w:type="dxa"/>
            <w:vAlign w:val="center"/>
          </w:tcPr>
          <w:p w14:paraId="74B87774" w14:textId="77777777" w:rsidR="00F16BAE" w:rsidRDefault="00821AE6">
            <w:r>
              <w:rPr>
                <w:sz w:val="17"/>
              </w:rPr>
              <w:t>5 h</w:t>
            </w:r>
          </w:p>
        </w:tc>
      </w:tr>
    </w:tbl>
    <w:p w14:paraId="157E3953" w14:textId="77777777" w:rsidR="00F16BAE" w:rsidRDefault="00821AE6">
      <w:pPr>
        <w:pStyle w:val="Nadpis1"/>
      </w:pPr>
      <w:r>
        <w:rPr>
          <w:rFonts w:ascii="Arial" w:hAnsi="Arial"/>
        </w:rPr>
        <w:t xml:space="preserve">6. </w:t>
      </w:r>
      <w:proofErr w:type="spellStart"/>
      <w:r>
        <w:rPr>
          <w:rFonts w:ascii="Arial" w:hAnsi="Arial"/>
        </w:rPr>
        <w:t>Podrobný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tematický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výchovno-vzdelávací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plán</w:t>
      </w:r>
      <w:proofErr w:type="spellEnd"/>
      <w:r>
        <w:rPr>
          <w:rFonts w:ascii="Arial" w:hAnsi="Arial"/>
        </w:rPr>
        <w:t xml:space="preserve"> – 33 </w:t>
      </w:r>
      <w:proofErr w:type="spellStart"/>
      <w:r>
        <w:rPr>
          <w:rFonts w:ascii="Arial" w:hAnsi="Arial"/>
        </w:rPr>
        <w:t>hodín</w:t>
      </w:r>
      <w:proofErr w:type="spellEnd"/>
    </w:p>
    <w:p w14:paraId="2669D6C2" w14:textId="77777777" w:rsidR="00F16BAE" w:rsidRDefault="00821AE6">
      <w:proofErr w:type="spellStart"/>
      <w:r>
        <w:t>Číslovanie</w:t>
      </w:r>
      <w:proofErr w:type="spellEnd"/>
      <w:r>
        <w:t xml:space="preserve"> 1–33 </w:t>
      </w:r>
      <w:proofErr w:type="spellStart"/>
      <w:r>
        <w:t>predstavuje</w:t>
      </w:r>
      <w:proofErr w:type="spellEnd"/>
      <w:r>
        <w:t xml:space="preserve">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číslovanie</w:t>
      </w:r>
      <w:proofErr w:type="spellEnd"/>
      <w:r>
        <w:t xml:space="preserve"> </w:t>
      </w:r>
      <w:proofErr w:type="spellStart"/>
      <w:r>
        <w:t>vyučovacích</w:t>
      </w:r>
      <w:proofErr w:type="spellEnd"/>
      <w:r>
        <w:t xml:space="preserve"> </w:t>
      </w:r>
      <w:proofErr w:type="spellStart"/>
      <w:r>
        <w:t>hodín</w:t>
      </w:r>
      <w:proofErr w:type="spellEnd"/>
      <w:r>
        <w:t xml:space="preserve">. </w:t>
      </w:r>
      <w:proofErr w:type="spellStart"/>
      <w:r>
        <w:t>Konkrétne</w:t>
      </w:r>
      <w:proofErr w:type="spellEnd"/>
      <w:r>
        <w:t xml:space="preserve"> </w:t>
      </w:r>
      <w:proofErr w:type="spellStart"/>
      <w:r>
        <w:t>kalendárne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upraviť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organizácie</w:t>
      </w:r>
      <w:proofErr w:type="spellEnd"/>
      <w:r>
        <w:t xml:space="preserve"> </w:t>
      </w:r>
      <w:proofErr w:type="spellStart"/>
      <w:r>
        <w:t>školského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88"/>
        <w:gridCol w:w="964"/>
        <w:gridCol w:w="1037"/>
        <w:gridCol w:w="1104"/>
        <w:gridCol w:w="1272"/>
        <w:gridCol w:w="1130"/>
        <w:gridCol w:w="1104"/>
        <w:gridCol w:w="1024"/>
        <w:gridCol w:w="1029"/>
        <w:gridCol w:w="1104"/>
      </w:tblGrid>
      <w:tr w:rsidR="00F16BAE" w14:paraId="5B2CA878" w14:textId="77777777">
        <w:trPr>
          <w:tblHeader/>
        </w:trPr>
        <w:tc>
          <w:tcPr>
            <w:tcW w:w="1054" w:type="dxa"/>
            <w:shd w:val="clear" w:color="auto" w:fill="B7D7EA"/>
            <w:vAlign w:val="center"/>
          </w:tcPr>
          <w:p w14:paraId="45608D65" w14:textId="77777777" w:rsidR="00F16BAE" w:rsidRDefault="00821AE6">
            <w:proofErr w:type="spellStart"/>
            <w:r>
              <w:rPr>
                <w:b/>
                <w:sz w:val="13"/>
              </w:rPr>
              <w:t>Mesiac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241D2905" w14:textId="77777777" w:rsidR="00F16BAE" w:rsidRDefault="00821AE6">
            <w:r>
              <w:rPr>
                <w:b/>
                <w:sz w:val="13"/>
              </w:rPr>
              <w:t>Hod.</w:t>
            </w:r>
          </w:p>
        </w:tc>
        <w:tc>
          <w:tcPr>
            <w:tcW w:w="1054" w:type="dxa"/>
            <w:shd w:val="clear" w:color="auto" w:fill="B7D7EA"/>
            <w:vAlign w:val="center"/>
          </w:tcPr>
          <w:p w14:paraId="0DBB69AE" w14:textId="77777777" w:rsidR="00F16BAE" w:rsidRDefault="00821AE6">
            <w:proofErr w:type="spellStart"/>
            <w:r>
              <w:rPr>
                <w:b/>
                <w:sz w:val="13"/>
              </w:rPr>
              <w:t>Tematický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celok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69D1E8E9" w14:textId="77777777" w:rsidR="00F16BAE" w:rsidRDefault="00821AE6">
            <w:proofErr w:type="spellStart"/>
            <w:r>
              <w:rPr>
                <w:b/>
                <w:sz w:val="13"/>
              </w:rPr>
              <w:t>Téma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34E13565" w14:textId="77777777" w:rsidR="00F16BAE" w:rsidRDefault="00821AE6">
            <w:proofErr w:type="spellStart"/>
            <w:r>
              <w:rPr>
                <w:b/>
                <w:sz w:val="13"/>
              </w:rPr>
              <w:t>Obsahový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štandard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3ECA3C1B" w14:textId="77777777" w:rsidR="00F16BAE" w:rsidRDefault="00821AE6">
            <w:proofErr w:type="spellStart"/>
            <w:r>
              <w:rPr>
                <w:b/>
                <w:sz w:val="13"/>
              </w:rPr>
              <w:t>Výkonový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štandard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6F70BE88" w14:textId="77777777" w:rsidR="00F16BAE" w:rsidRDefault="00821AE6">
            <w:proofErr w:type="spellStart"/>
            <w:r>
              <w:rPr>
                <w:b/>
                <w:sz w:val="13"/>
              </w:rPr>
              <w:t>Pedagogické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stratégie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534A68BB" w14:textId="77777777" w:rsidR="00F16BAE" w:rsidRDefault="00821AE6">
            <w:proofErr w:type="spellStart"/>
            <w:r>
              <w:rPr>
                <w:b/>
                <w:sz w:val="13"/>
              </w:rPr>
              <w:t>Prierezové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témy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68A0BB8D" w14:textId="77777777" w:rsidR="00F16BAE" w:rsidRDefault="00821AE6">
            <w:proofErr w:type="spellStart"/>
            <w:r>
              <w:rPr>
                <w:b/>
                <w:sz w:val="13"/>
              </w:rPr>
              <w:t>Pomôcky</w:t>
            </w:r>
            <w:proofErr w:type="spellEnd"/>
            <w:r>
              <w:rPr>
                <w:b/>
                <w:sz w:val="13"/>
              </w:rPr>
              <w:t xml:space="preserve"> / </w:t>
            </w:r>
            <w:proofErr w:type="spellStart"/>
            <w:r>
              <w:rPr>
                <w:b/>
                <w:sz w:val="13"/>
              </w:rPr>
              <w:t>zdroje</w:t>
            </w:r>
            <w:proofErr w:type="spellEnd"/>
          </w:p>
        </w:tc>
        <w:tc>
          <w:tcPr>
            <w:tcW w:w="1054" w:type="dxa"/>
            <w:shd w:val="clear" w:color="auto" w:fill="B7D7EA"/>
            <w:vAlign w:val="center"/>
          </w:tcPr>
          <w:p w14:paraId="79480675" w14:textId="77777777" w:rsidR="00F16BAE" w:rsidRDefault="00821AE6">
            <w:proofErr w:type="spellStart"/>
            <w:r>
              <w:rPr>
                <w:b/>
                <w:sz w:val="13"/>
              </w:rPr>
              <w:t>Hodnotenie</w:t>
            </w:r>
            <w:proofErr w:type="spellEnd"/>
          </w:p>
        </w:tc>
      </w:tr>
      <w:tr w:rsidR="00F16BAE" w14:paraId="60C08628" w14:textId="77777777">
        <w:tc>
          <w:tcPr>
            <w:tcW w:w="1054" w:type="dxa"/>
            <w:vAlign w:val="center"/>
          </w:tcPr>
          <w:p w14:paraId="5B47E812" w14:textId="77777777" w:rsidR="00F16BAE" w:rsidRDefault="00821AE6">
            <w:r>
              <w:rPr>
                <w:sz w:val="12"/>
              </w:rPr>
              <w:t>IX.</w:t>
            </w:r>
          </w:p>
        </w:tc>
        <w:tc>
          <w:tcPr>
            <w:tcW w:w="1054" w:type="dxa"/>
            <w:vAlign w:val="center"/>
          </w:tcPr>
          <w:p w14:paraId="709EEAA1" w14:textId="77777777" w:rsidR="00F16BAE" w:rsidRDefault="00821AE6">
            <w:r>
              <w:rPr>
                <w:sz w:val="12"/>
              </w:rPr>
              <w:t>1</w:t>
            </w:r>
          </w:p>
        </w:tc>
        <w:tc>
          <w:tcPr>
            <w:tcW w:w="1054" w:type="dxa"/>
            <w:vAlign w:val="center"/>
          </w:tcPr>
          <w:p w14:paraId="1B9C1881" w14:textId="77777777" w:rsidR="00F16BAE" w:rsidRDefault="00821AE6">
            <w:proofErr w:type="spellStart"/>
            <w:r>
              <w:rPr>
                <w:sz w:val="12"/>
              </w:rPr>
              <w:t>Úvod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</w:p>
        </w:tc>
        <w:tc>
          <w:tcPr>
            <w:tcW w:w="1054" w:type="dxa"/>
            <w:vAlign w:val="center"/>
          </w:tcPr>
          <w:p w14:paraId="4E64C3A3" w14:textId="77777777" w:rsidR="00F16BAE" w:rsidRDefault="00821AE6">
            <w:proofErr w:type="spellStart"/>
            <w:r>
              <w:rPr>
                <w:sz w:val="12"/>
              </w:rPr>
              <w:t>Organizačné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pokyny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systém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hodnotenia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učiva</w:t>
            </w:r>
            <w:proofErr w:type="spellEnd"/>
            <w:r>
              <w:rPr>
                <w:sz w:val="12"/>
              </w:rPr>
              <w:t xml:space="preserve"> 7. </w:t>
            </w:r>
            <w:proofErr w:type="spellStart"/>
            <w:r>
              <w:rPr>
                <w:sz w:val="12"/>
              </w:rPr>
              <w:t>ročníka</w:t>
            </w:r>
            <w:proofErr w:type="spellEnd"/>
          </w:p>
        </w:tc>
        <w:tc>
          <w:tcPr>
            <w:tcW w:w="1054" w:type="dxa"/>
            <w:vAlign w:val="center"/>
          </w:tcPr>
          <w:p w14:paraId="0AB21597" w14:textId="77777777" w:rsidR="00F16BAE" w:rsidRDefault="00821AE6">
            <w:proofErr w:type="spellStart"/>
            <w:r>
              <w:rPr>
                <w:sz w:val="12"/>
              </w:rPr>
              <w:t>Slovensko</w:t>
            </w:r>
            <w:proofErr w:type="spellEnd"/>
            <w:r>
              <w:rPr>
                <w:sz w:val="12"/>
              </w:rPr>
              <w:t xml:space="preserve"> v </w:t>
            </w:r>
            <w:proofErr w:type="spellStart"/>
            <w:r>
              <w:rPr>
                <w:sz w:val="12"/>
              </w:rPr>
              <w:t>kontexte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Európy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základná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mapou.</w:t>
            </w:r>
          </w:p>
        </w:tc>
        <w:tc>
          <w:tcPr>
            <w:tcW w:w="1054" w:type="dxa"/>
            <w:vAlign w:val="center"/>
          </w:tcPr>
          <w:p w14:paraId="6CF2FF5F" w14:textId="77777777" w:rsidR="00F16BAE" w:rsidRDefault="00821AE6">
            <w:proofErr w:type="spellStart"/>
            <w:r>
              <w:rPr>
                <w:sz w:val="12"/>
              </w:rPr>
              <w:t>zorientuje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sa</w:t>
            </w:r>
            <w:proofErr w:type="spellEnd"/>
            <w:r>
              <w:rPr>
                <w:sz w:val="12"/>
              </w:rPr>
              <w:t xml:space="preserve"> v </w:t>
            </w:r>
            <w:proofErr w:type="spellStart"/>
            <w:r>
              <w:rPr>
                <w:sz w:val="12"/>
              </w:rPr>
              <w:t>požiadavkách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predmetu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aktivuje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predchádzajúce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vedomosti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13BBE39" w14:textId="77777777" w:rsidR="00F16BAE" w:rsidRDefault="00821AE6">
            <w:proofErr w:type="spellStart"/>
            <w:r>
              <w:rPr>
                <w:sz w:val="12"/>
              </w:rPr>
              <w:t>riadený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rozhovor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diagnostická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  <w:tc>
          <w:tcPr>
            <w:tcW w:w="1054" w:type="dxa"/>
            <w:vAlign w:val="center"/>
          </w:tcPr>
          <w:p w14:paraId="2BFD5AF6" w14:textId="77777777" w:rsidR="00F16BAE" w:rsidRDefault="00821AE6">
            <w:r>
              <w:rPr>
                <w:sz w:val="12"/>
              </w:rPr>
              <w:t>OSR; IDG</w:t>
            </w:r>
          </w:p>
        </w:tc>
        <w:tc>
          <w:tcPr>
            <w:tcW w:w="1054" w:type="dxa"/>
            <w:vAlign w:val="center"/>
          </w:tcPr>
          <w:p w14:paraId="3197696F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  <w:tc>
          <w:tcPr>
            <w:tcW w:w="1054" w:type="dxa"/>
            <w:vAlign w:val="center"/>
          </w:tcPr>
          <w:p w14:paraId="18B4878A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sebahodnotenie</w:t>
            </w:r>
            <w:proofErr w:type="spellEnd"/>
          </w:p>
        </w:tc>
      </w:tr>
      <w:tr w:rsidR="00F16BAE" w14:paraId="1C2AEB17" w14:textId="77777777">
        <w:tc>
          <w:tcPr>
            <w:tcW w:w="1054" w:type="dxa"/>
            <w:vAlign w:val="center"/>
          </w:tcPr>
          <w:p w14:paraId="54E7A23E" w14:textId="77777777" w:rsidR="00F16BAE" w:rsidRDefault="00821AE6">
            <w:r>
              <w:rPr>
                <w:sz w:val="12"/>
              </w:rPr>
              <w:t>IX.</w:t>
            </w:r>
          </w:p>
        </w:tc>
        <w:tc>
          <w:tcPr>
            <w:tcW w:w="1054" w:type="dxa"/>
            <w:vAlign w:val="center"/>
          </w:tcPr>
          <w:p w14:paraId="55480C13" w14:textId="77777777" w:rsidR="00F16BAE" w:rsidRDefault="00821AE6">
            <w:r>
              <w:rPr>
                <w:sz w:val="12"/>
              </w:rPr>
              <w:t>2</w:t>
            </w:r>
          </w:p>
        </w:tc>
        <w:tc>
          <w:tcPr>
            <w:tcW w:w="1054" w:type="dxa"/>
            <w:vAlign w:val="center"/>
          </w:tcPr>
          <w:p w14:paraId="48040FCA" w14:textId="77777777" w:rsidR="00F16BAE" w:rsidRDefault="00821AE6">
            <w:proofErr w:type="spellStart"/>
            <w:r>
              <w:rPr>
                <w:sz w:val="12"/>
              </w:rPr>
              <w:t>Úvod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</w:p>
        </w:tc>
        <w:tc>
          <w:tcPr>
            <w:tcW w:w="1054" w:type="dxa"/>
            <w:vAlign w:val="center"/>
          </w:tcPr>
          <w:p w14:paraId="5EDE9EE2" w14:textId="77777777" w:rsidR="00F16BAE" w:rsidRDefault="00821AE6">
            <w:proofErr w:type="spellStart"/>
            <w:r>
              <w:rPr>
                <w:sz w:val="12"/>
              </w:rPr>
              <w:t>Poloha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  <w:r>
              <w:rPr>
                <w:sz w:val="12"/>
              </w:rPr>
              <w:t xml:space="preserve"> v </w:t>
            </w:r>
            <w:proofErr w:type="spellStart"/>
            <w:r>
              <w:rPr>
                <w:sz w:val="12"/>
              </w:rPr>
              <w:t>Európe</w:t>
            </w:r>
            <w:proofErr w:type="spellEnd"/>
          </w:p>
        </w:tc>
        <w:tc>
          <w:tcPr>
            <w:tcW w:w="1054" w:type="dxa"/>
            <w:vAlign w:val="center"/>
          </w:tcPr>
          <w:p w14:paraId="1D823086" w14:textId="77777777" w:rsidR="00F16BAE" w:rsidRDefault="00821AE6">
            <w:proofErr w:type="spellStart"/>
            <w:r>
              <w:rPr>
                <w:sz w:val="12"/>
              </w:rPr>
              <w:t>hranice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susedné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štáty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geografická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sieť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68C5827" w14:textId="77777777" w:rsidR="00F16BAE" w:rsidRDefault="00821AE6">
            <w:proofErr w:type="spellStart"/>
            <w:r>
              <w:rPr>
                <w:sz w:val="12"/>
              </w:rPr>
              <w:t>zhodnotí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polohu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susedné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štáty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11E90FA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3CACCB98" w14:textId="77777777" w:rsidR="00F16BAE" w:rsidRDefault="00821AE6">
            <w:r>
              <w:rPr>
                <w:sz w:val="12"/>
              </w:rPr>
              <w:t>REG; IDG</w:t>
            </w:r>
          </w:p>
        </w:tc>
        <w:tc>
          <w:tcPr>
            <w:tcW w:w="1054" w:type="dxa"/>
            <w:vAlign w:val="center"/>
          </w:tcPr>
          <w:p w14:paraId="4C0B5AF6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politická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6AAD79EA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písomne</w:t>
            </w:r>
            <w:proofErr w:type="spellEnd"/>
          </w:p>
        </w:tc>
      </w:tr>
      <w:tr w:rsidR="00F16BAE" w14:paraId="6A0C0C32" w14:textId="77777777">
        <w:tc>
          <w:tcPr>
            <w:tcW w:w="1054" w:type="dxa"/>
            <w:vAlign w:val="center"/>
          </w:tcPr>
          <w:p w14:paraId="3589861B" w14:textId="77777777" w:rsidR="00F16BAE" w:rsidRDefault="00821AE6">
            <w:r>
              <w:rPr>
                <w:sz w:val="12"/>
              </w:rPr>
              <w:t>IX.</w:t>
            </w:r>
          </w:p>
        </w:tc>
        <w:tc>
          <w:tcPr>
            <w:tcW w:w="1054" w:type="dxa"/>
            <w:vAlign w:val="center"/>
          </w:tcPr>
          <w:p w14:paraId="77EA8ED9" w14:textId="77777777" w:rsidR="00F16BAE" w:rsidRDefault="00821AE6">
            <w:r>
              <w:rPr>
                <w:sz w:val="12"/>
              </w:rPr>
              <w:t>3</w:t>
            </w:r>
          </w:p>
        </w:tc>
        <w:tc>
          <w:tcPr>
            <w:tcW w:w="1054" w:type="dxa"/>
            <w:vAlign w:val="center"/>
          </w:tcPr>
          <w:p w14:paraId="7C772140" w14:textId="77777777" w:rsidR="00F16BAE" w:rsidRDefault="00821AE6">
            <w:proofErr w:type="spellStart"/>
            <w:r>
              <w:rPr>
                <w:sz w:val="12"/>
              </w:rPr>
              <w:t>Úvod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</w:p>
        </w:tc>
        <w:tc>
          <w:tcPr>
            <w:tcW w:w="1054" w:type="dxa"/>
            <w:vAlign w:val="center"/>
          </w:tcPr>
          <w:p w14:paraId="01438F5D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geografické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súradnice</w:t>
            </w:r>
            <w:proofErr w:type="spellEnd"/>
          </w:p>
        </w:tc>
        <w:tc>
          <w:tcPr>
            <w:tcW w:w="1054" w:type="dxa"/>
            <w:vAlign w:val="center"/>
          </w:tcPr>
          <w:p w14:paraId="17DF80AF" w14:textId="77777777" w:rsidR="00F16BAE" w:rsidRDefault="00821AE6">
            <w:proofErr w:type="spellStart"/>
            <w:r>
              <w:rPr>
                <w:sz w:val="12"/>
              </w:rPr>
              <w:t>mierka</w:t>
            </w:r>
            <w:proofErr w:type="spellEnd"/>
            <w:r>
              <w:rPr>
                <w:sz w:val="12"/>
              </w:rPr>
              <w:t xml:space="preserve">, legenda, </w:t>
            </w:r>
            <w:proofErr w:type="spellStart"/>
            <w:r>
              <w:rPr>
                <w:sz w:val="12"/>
              </w:rPr>
              <w:t>súradnice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4587F41" w14:textId="77777777" w:rsidR="00F16BAE" w:rsidRDefault="00821AE6">
            <w:proofErr w:type="spellStart"/>
            <w:r>
              <w:rPr>
                <w:sz w:val="12"/>
              </w:rPr>
              <w:t>určí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polohu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objektu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využije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mierku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legendu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216E979" w14:textId="77777777" w:rsidR="00F16BAE" w:rsidRDefault="00821AE6">
            <w:proofErr w:type="spellStart"/>
            <w:r>
              <w:rPr>
                <w:sz w:val="12"/>
              </w:rPr>
              <w:t>praktická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digitálna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440784C6" w14:textId="77777777" w:rsidR="00F16BAE" w:rsidRDefault="00821AE6">
            <w:r>
              <w:rPr>
                <w:sz w:val="12"/>
              </w:rPr>
              <w:t>ČIG; IDG</w:t>
            </w:r>
          </w:p>
        </w:tc>
        <w:tc>
          <w:tcPr>
            <w:tcW w:w="1054" w:type="dxa"/>
            <w:vAlign w:val="center"/>
          </w:tcPr>
          <w:p w14:paraId="6F7D7426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digitálna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3ADDCCF1" w14:textId="77777777" w:rsidR="00F16BAE" w:rsidRDefault="00821AE6">
            <w:proofErr w:type="spellStart"/>
            <w:r>
              <w:rPr>
                <w:sz w:val="12"/>
              </w:rPr>
              <w:t>praktická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úloha</w:t>
            </w:r>
            <w:proofErr w:type="spellEnd"/>
          </w:p>
        </w:tc>
      </w:tr>
      <w:tr w:rsidR="00F16BAE" w14:paraId="138E845A" w14:textId="77777777">
        <w:tc>
          <w:tcPr>
            <w:tcW w:w="1054" w:type="dxa"/>
            <w:vAlign w:val="center"/>
          </w:tcPr>
          <w:p w14:paraId="6B3CC16A" w14:textId="77777777" w:rsidR="00F16BAE" w:rsidRDefault="00821AE6">
            <w:r>
              <w:rPr>
                <w:sz w:val="12"/>
              </w:rPr>
              <w:t>IX.</w:t>
            </w:r>
          </w:p>
        </w:tc>
        <w:tc>
          <w:tcPr>
            <w:tcW w:w="1054" w:type="dxa"/>
            <w:vAlign w:val="center"/>
          </w:tcPr>
          <w:p w14:paraId="14D4E4E4" w14:textId="77777777" w:rsidR="00F16BAE" w:rsidRDefault="00821AE6">
            <w:r>
              <w:rPr>
                <w:sz w:val="12"/>
              </w:rPr>
              <w:t>4</w:t>
            </w:r>
          </w:p>
        </w:tc>
        <w:tc>
          <w:tcPr>
            <w:tcW w:w="1054" w:type="dxa"/>
            <w:vAlign w:val="center"/>
          </w:tcPr>
          <w:p w14:paraId="465DA92A" w14:textId="77777777" w:rsidR="00F16BAE" w:rsidRDefault="00821AE6">
            <w:proofErr w:type="spellStart"/>
            <w:r>
              <w:rPr>
                <w:sz w:val="12"/>
              </w:rPr>
              <w:t>Úvod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</w:p>
        </w:tc>
        <w:tc>
          <w:tcPr>
            <w:tcW w:w="1054" w:type="dxa"/>
            <w:vAlign w:val="center"/>
          </w:tcPr>
          <w:p w14:paraId="122F7BCA" w14:textId="77777777" w:rsidR="00F16BAE" w:rsidRDefault="00821AE6"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</w:p>
        </w:tc>
        <w:tc>
          <w:tcPr>
            <w:tcW w:w="1054" w:type="dxa"/>
            <w:vAlign w:val="center"/>
          </w:tcPr>
          <w:p w14:paraId="42ACAB75" w14:textId="77777777" w:rsidR="00F16BAE" w:rsidRDefault="00821AE6">
            <w:proofErr w:type="spellStart"/>
            <w:r>
              <w:rPr>
                <w:sz w:val="12"/>
              </w:rPr>
              <w:t>fyzická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politická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tematická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53A6E62" w14:textId="77777777" w:rsidR="00F16BAE" w:rsidRDefault="00821AE6">
            <w:proofErr w:type="spellStart"/>
            <w:r>
              <w:rPr>
                <w:sz w:val="12"/>
              </w:rPr>
              <w:t>číta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tematickú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vyvodí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jednoduchý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geografický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záver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DA99F5C" w14:textId="77777777" w:rsidR="00F16BAE" w:rsidRDefault="00821AE6">
            <w:proofErr w:type="spellStart"/>
            <w:r>
              <w:rPr>
                <w:sz w:val="12"/>
              </w:rPr>
              <w:t>mapová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hra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problémové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úlohy</w:t>
            </w:r>
            <w:proofErr w:type="spellEnd"/>
          </w:p>
        </w:tc>
        <w:tc>
          <w:tcPr>
            <w:tcW w:w="1054" w:type="dxa"/>
            <w:vAlign w:val="center"/>
          </w:tcPr>
          <w:p w14:paraId="4F536CB4" w14:textId="77777777" w:rsidR="00F16BAE" w:rsidRDefault="00821AE6">
            <w:r>
              <w:rPr>
                <w:sz w:val="12"/>
              </w:rPr>
              <w:t>ČIG; IDG</w:t>
            </w:r>
          </w:p>
        </w:tc>
        <w:tc>
          <w:tcPr>
            <w:tcW w:w="1054" w:type="dxa"/>
            <w:vAlign w:val="center"/>
          </w:tcPr>
          <w:p w14:paraId="4E7E1EE4" w14:textId="77777777" w:rsidR="00F16BAE" w:rsidRDefault="00821AE6"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5773E113" w14:textId="77777777" w:rsidR="00F16BAE" w:rsidRDefault="00821AE6"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29D15E02" w14:textId="77777777">
        <w:tc>
          <w:tcPr>
            <w:tcW w:w="1054" w:type="dxa"/>
            <w:vAlign w:val="center"/>
          </w:tcPr>
          <w:p w14:paraId="5D781A21" w14:textId="77777777" w:rsidR="00F16BAE" w:rsidRDefault="00821AE6">
            <w:r>
              <w:rPr>
                <w:sz w:val="12"/>
              </w:rPr>
              <w:t>X.</w:t>
            </w:r>
          </w:p>
        </w:tc>
        <w:tc>
          <w:tcPr>
            <w:tcW w:w="1054" w:type="dxa"/>
            <w:vAlign w:val="center"/>
          </w:tcPr>
          <w:p w14:paraId="638F4EFC" w14:textId="77777777" w:rsidR="00F16BAE" w:rsidRDefault="00821AE6">
            <w:r>
              <w:rPr>
                <w:sz w:val="12"/>
              </w:rPr>
              <w:t>5</w:t>
            </w:r>
          </w:p>
        </w:tc>
        <w:tc>
          <w:tcPr>
            <w:tcW w:w="1054" w:type="dxa"/>
            <w:vAlign w:val="center"/>
          </w:tcPr>
          <w:p w14:paraId="0BD60213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2C1A554A" w14:textId="77777777" w:rsidR="00F16BAE" w:rsidRDefault="00821AE6">
            <w:proofErr w:type="spellStart"/>
            <w:r>
              <w:rPr>
                <w:sz w:val="12"/>
              </w:rPr>
              <w:t>Povrch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0946CF2E" w14:textId="77777777" w:rsidR="00F16BAE" w:rsidRDefault="00821AE6">
            <w:proofErr w:type="spellStart"/>
            <w:r>
              <w:rPr>
                <w:sz w:val="12"/>
              </w:rPr>
              <w:t>Karpaty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Nízke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Slovenské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rudohorie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nížiny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kotliny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C86BC46" w14:textId="77777777" w:rsidR="00F16BAE" w:rsidRDefault="00821AE6">
            <w:proofErr w:type="spellStart"/>
            <w:r>
              <w:rPr>
                <w:sz w:val="12"/>
              </w:rPr>
              <w:t>identifikuje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hlavné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pohoria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nížiny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kotliny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7F1BBD8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porovnávanie</w:t>
            </w:r>
            <w:proofErr w:type="spellEnd"/>
          </w:p>
        </w:tc>
        <w:tc>
          <w:tcPr>
            <w:tcW w:w="1054" w:type="dxa"/>
            <w:vAlign w:val="center"/>
          </w:tcPr>
          <w:p w14:paraId="6FC03564" w14:textId="77777777" w:rsidR="00F16BAE" w:rsidRDefault="00821AE6">
            <w:r>
              <w:rPr>
                <w:sz w:val="12"/>
              </w:rPr>
              <w:t>ENV</w:t>
            </w:r>
          </w:p>
        </w:tc>
        <w:tc>
          <w:tcPr>
            <w:tcW w:w="1054" w:type="dxa"/>
            <w:vAlign w:val="center"/>
          </w:tcPr>
          <w:p w14:paraId="3BCD3B0F" w14:textId="77777777" w:rsidR="00F16BAE" w:rsidRDefault="00821AE6">
            <w:proofErr w:type="spellStart"/>
            <w:r>
              <w:rPr>
                <w:sz w:val="12"/>
              </w:rPr>
              <w:t>fyzická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>; atlas</w:t>
            </w:r>
          </w:p>
        </w:tc>
        <w:tc>
          <w:tcPr>
            <w:tcW w:w="1054" w:type="dxa"/>
            <w:vAlign w:val="center"/>
          </w:tcPr>
          <w:p w14:paraId="4B5F807F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00D8D4AC" w14:textId="77777777">
        <w:tc>
          <w:tcPr>
            <w:tcW w:w="1054" w:type="dxa"/>
            <w:vAlign w:val="center"/>
          </w:tcPr>
          <w:p w14:paraId="60102C58" w14:textId="77777777" w:rsidR="00F16BAE" w:rsidRDefault="00821AE6">
            <w:r>
              <w:rPr>
                <w:sz w:val="12"/>
              </w:rPr>
              <w:t>X.</w:t>
            </w:r>
          </w:p>
        </w:tc>
        <w:tc>
          <w:tcPr>
            <w:tcW w:w="1054" w:type="dxa"/>
            <w:vAlign w:val="center"/>
          </w:tcPr>
          <w:p w14:paraId="67821FF5" w14:textId="77777777" w:rsidR="00F16BAE" w:rsidRDefault="00821AE6">
            <w:r>
              <w:rPr>
                <w:sz w:val="12"/>
              </w:rPr>
              <w:t>6</w:t>
            </w:r>
          </w:p>
        </w:tc>
        <w:tc>
          <w:tcPr>
            <w:tcW w:w="1054" w:type="dxa"/>
            <w:vAlign w:val="center"/>
          </w:tcPr>
          <w:p w14:paraId="0610DABD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4FA44B3E" w14:textId="77777777" w:rsidR="00F16BAE" w:rsidRDefault="00821AE6">
            <w:proofErr w:type="spellStart"/>
            <w:r>
              <w:rPr>
                <w:sz w:val="12"/>
              </w:rPr>
              <w:t>Povrchové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celky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6CE76768" w14:textId="77777777" w:rsidR="00F16BAE" w:rsidRDefault="00821AE6">
            <w:proofErr w:type="spellStart"/>
            <w:r>
              <w:rPr>
                <w:sz w:val="12"/>
              </w:rPr>
              <w:t>vybrané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pohoria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nížiny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kotliny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významné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vrcholy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476F17A" w14:textId="77777777" w:rsidR="00F16BAE" w:rsidRDefault="00821AE6"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vybrané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povrchové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celky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porovná</w:t>
            </w:r>
            <w:proofErr w:type="spellEnd"/>
            <w:r>
              <w:rPr>
                <w:sz w:val="12"/>
              </w:rPr>
              <w:t xml:space="preserve"> ich.</w:t>
            </w:r>
          </w:p>
        </w:tc>
        <w:tc>
          <w:tcPr>
            <w:tcW w:w="1054" w:type="dxa"/>
            <w:vAlign w:val="center"/>
          </w:tcPr>
          <w:p w14:paraId="621A8FFD" w14:textId="77777777" w:rsidR="00F16BAE" w:rsidRDefault="00821AE6"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skupinová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</w:p>
        </w:tc>
        <w:tc>
          <w:tcPr>
            <w:tcW w:w="1054" w:type="dxa"/>
            <w:vAlign w:val="center"/>
          </w:tcPr>
          <w:p w14:paraId="3012BF5E" w14:textId="77777777" w:rsidR="00F16BAE" w:rsidRDefault="00821AE6">
            <w:r>
              <w:rPr>
                <w:sz w:val="12"/>
              </w:rPr>
              <w:t>ENV; OSR</w:t>
            </w:r>
          </w:p>
        </w:tc>
        <w:tc>
          <w:tcPr>
            <w:tcW w:w="1054" w:type="dxa"/>
            <w:vAlign w:val="center"/>
          </w:tcPr>
          <w:p w14:paraId="5A44468C" w14:textId="77777777" w:rsidR="00F16BAE" w:rsidRDefault="00821AE6"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>; atlas</w:t>
            </w:r>
          </w:p>
        </w:tc>
        <w:tc>
          <w:tcPr>
            <w:tcW w:w="1054" w:type="dxa"/>
            <w:vAlign w:val="center"/>
          </w:tcPr>
          <w:p w14:paraId="08535B0E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2D233018" w14:textId="77777777">
        <w:tc>
          <w:tcPr>
            <w:tcW w:w="1054" w:type="dxa"/>
            <w:vAlign w:val="center"/>
          </w:tcPr>
          <w:p w14:paraId="196380E3" w14:textId="77777777" w:rsidR="00F16BAE" w:rsidRDefault="00821AE6">
            <w:r>
              <w:rPr>
                <w:sz w:val="12"/>
              </w:rPr>
              <w:t>X.</w:t>
            </w:r>
          </w:p>
        </w:tc>
        <w:tc>
          <w:tcPr>
            <w:tcW w:w="1054" w:type="dxa"/>
            <w:vAlign w:val="center"/>
          </w:tcPr>
          <w:p w14:paraId="19543300" w14:textId="77777777" w:rsidR="00F16BAE" w:rsidRDefault="00821AE6">
            <w:r>
              <w:rPr>
                <w:sz w:val="12"/>
              </w:rPr>
              <w:t>7</w:t>
            </w:r>
          </w:p>
        </w:tc>
        <w:tc>
          <w:tcPr>
            <w:tcW w:w="1054" w:type="dxa"/>
            <w:vAlign w:val="center"/>
          </w:tcPr>
          <w:p w14:paraId="4E353E42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6BA25575" w14:textId="77777777" w:rsidR="00F16BAE" w:rsidRDefault="00821AE6">
            <w:proofErr w:type="spellStart"/>
            <w:r>
              <w:rPr>
                <w:sz w:val="12"/>
              </w:rPr>
              <w:t>Podnebie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4DB56C2E" w14:textId="77777777" w:rsidR="00F16BAE" w:rsidRDefault="00821AE6">
            <w:proofErr w:type="spellStart"/>
            <w:r>
              <w:rPr>
                <w:sz w:val="12"/>
              </w:rPr>
              <w:t>oceánsky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vplyv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západné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prúdenie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klimatické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oblasti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403F228" w14:textId="77777777" w:rsidR="00F16BAE" w:rsidRDefault="00821AE6"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vplyv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oceánu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prúdenia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podnebie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66DD361" w14:textId="77777777" w:rsidR="00F16BAE" w:rsidRDefault="00821AE6">
            <w:proofErr w:type="spellStart"/>
            <w:r>
              <w:rPr>
                <w:sz w:val="12"/>
              </w:rPr>
              <w:t>klimatogram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problémová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úloha</w:t>
            </w:r>
            <w:proofErr w:type="spellEnd"/>
          </w:p>
        </w:tc>
        <w:tc>
          <w:tcPr>
            <w:tcW w:w="1054" w:type="dxa"/>
            <w:vAlign w:val="center"/>
          </w:tcPr>
          <w:p w14:paraId="1E530AD4" w14:textId="77777777" w:rsidR="00F16BAE" w:rsidRDefault="00821AE6">
            <w:r>
              <w:rPr>
                <w:sz w:val="12"/>
              </w:rPr>
              <w:t>ENV; ČIG</w:t>
            </w:r>
          </w:p>
        </w:tc>
        <w:tc>
          <w:tcPr>
            <w:tcW w:w="1054" w:type="dxa"/>
            <w:vAlign w:val="center"/>
          </w:tcPr>
          <w:p w14:paraId="72D331A4" w14:textId="77777777" w:rsidR="00F16BAE" w:rsidRDefault="00821AE6">
            <w:proofErr w:type="spellStart"/>
            <w:r>
              <w:rPr>
                <w:sz w:val="12"/>
              </w:rPr>
              <w:t>klimatické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grafy</w:t>
            </w:r>
            <w:proofErr w:type="spellEnd"/>
          </w:p>
        </w:tc>
        <w:tc>
          <w:tcPr>
            <w:tcW w:w="1054" w:type="dxa"/>
            <w:vAlign w:val="center"/>
          </w:tcPr>
          <w:p w14:paraId="2B245D7C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ústne</w:t>
            </w:r>
            <w:proofErr w:type="spellEnd"/>
          </w:p>
        </w:tc>
      </w:tr>
      <w:tr w:rsidR="00F16BAE" w14:paraId="030C873E" w14:textId="77777777">
        <w:tc>
          <w:tcPr>
            <w:tcW w:w="1054" w:type="dxa"/>
            <w:vAlign w:val="center"/>
          </w:tcPr>
          <w:p w14:paraId="39F8DE96" w14:textId="77777777" w:rsidR="00F16BAE" w:rsidRDefault="00821AE6">
            <w:r>
              <w:rPr>
                <w:sz w:val="12"/>
              </w:rPr>
              <w:t>X.</w:t>
            </w:r>
          </w:p>
        </w:tc>
        <w:tc>
          <w:tcPr>
            <w:tcW w:w="1054" w:type="dxa"/>
            <w:vAlign w:val="center"/>
          </w:tcPr>
          <w:p w14:paraId="1B80007A" w14:textId="77777777" w:rsidR="00F16BAE" w:rsidRDefault="00821AE6">
            <w:r>
              <w:rPr>
                <w:sz w:val="12"/>
              </w:rPr>
              <w:t>8</w:t>
            </w:r>
          </w:p>
        </w:tc>
        <w:tc>
          <w:tcPr>
            <w:tcW w:w="1054" w:type="dxa"/>
            <w:vAlign w:val="center"/>
          </w:tcPr>
          <w:p w14:paraId="189F15F3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2A19C5A6" w14:textId="77777777" w:rsidR="00F16BAE" w:rsidRDefault="00821AE6">
            <w:proofErr w:type="spellStart"/>
            <w:r>
              <w:rPr>
                <w:sz w:val="12"/>
              </w:rPr>
              <w:t>Vodstvo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39C037E3" w14:textId="77777777" w:rsidR="00F16BAE" w:rsidRDefault="00821AE6">
            <w:r>
              <w:rPr>
                <w:sz w:val="12"/>
              </w:rPr>
              <w:t xml:space="preserve">Dunaj, </w:t>
            </w:r>
            <w:proofErr w:type="spellStart"/>
            <w:r>
              <w:rPr>
                <w:sz w:val="12"/>
              </w:rPr>
              <w:t>Váh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Hron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Orava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Hornád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lastRenderedPageBreak/>
              <w:t>Poprad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Ondava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povodia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1E2CDD5A" w14:textId="77777777" w:rsidR="00F16BAE" w:rsidRDefault="00821AE6">
            <w:proofErr w:type="spellStart"/>
            <w:r>
              <w:rPr>
                <w:sz w:val="12"/>
              </w:rPr>
              <w:lastRenderedPageBreak/>
              <w:t>vymedzí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povodia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lastRenderedPageBreak/>
              <w:t>hlavné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rieky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A349006" w14:textId="77777777" w:rsidR="00F16BAE" w:rsidRDefault="00821AE6">
            <w:proofErr w:type="spellStart"/>
            <w:r>
              <w:rPr>
                <w:sz w:val="12"/>
              </w:rPr>
              <w:lastRenderedPageBreak/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0D861737" w14:textId="77777777" w:rsidR="00F16BAE" w:rsidRDefault="00821AE6">
            <w:r>
              <w:rPr>
                <w:sz w:val="12"/>
              </w:rPr>
              <w:t>ENV</w:t>
            </w:r>
          </w:p>
        </w:tc>
        <w:tc>
          <w:tcPr>
            <w:tcW w:w="1054" w:type="dxa"/>
            <w:vAlign w:val="center"/>
          </w:tcPr>
          <w:p w14:paraId="6C355512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550D874D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7BC1E8EC" w14:textId="77777777">
        <w:tc>
          <w:tcPr>
            <w:tcW w:w="1054" w:type="dxa"/>
            <w:vAlign w:val="center"/>
          </w:tcPr>
          <w:p w14:paraId="12AD0914" w14:textId="77777777" w:rsidR="00F16BAE" w:rsidRDefault="00821AE6">
            <w:r>
              <w:rPr>
                <w:sz w:val="12"/>
              </w:rPr>
              <w:t>XI.</w:t>
            </w:r>
          </w:p>
        </w:tc>
        <w:tc>
          <w:tcPr>
            <w:tcW w:w="1054" w:type="dxa"/>
            <w:vAlign w:val="center"/>
          </w:tcPr>
          <w:p w14:paraId="1341F68C" w14:textId="77777777" w:rsidR="00F16BAE" w:rsidRDefault="00821AE6">
            <w:r>
              <w:rPr>
                <w:sz w:val="12"/>
              </w:rPr>
              <w:t>9</w:t>
            </w:r>
          </w:p>
        </w:tc>
        <w:tc>
          <w:tcPr>
            <w:tcW w:w="1054" w:type="dxa"/>
            <w:vAlign w:val="center"/>
          </w:tcPr>
          <w:p w14:paraId="649C1EC4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54553119" w14:textId="77777777" w:rsidR="00F16BAE" w:rsidRDefault="00821AE6">
            <w:proofErr w:type="spellStart"/>
            <w:r>
              <w:rPr>
                <w:sz w:val="12"/>
              </w:rPr>
              <w:t>Jazerá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nádrže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pramene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podzemná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voda</w:t>
            </w:r>
            <w:proofErr w:type="spellEnd"/>
          </w:p>
        </w:tc>
        <w:tc>
          <w:tcPr>
            <w:tcW w:w="1054" w:type="dxa"/>
            <w:vAlign w:val="center"/>
          </w:tcPr>
          <w:p w14:paraId="63497B80" w14:textId="77777777" w:rsidR="00F16BAE" w:rsidRDefault="00821AE6">
            <w:proofErr w:type="spellStart"/>
            <w:r>
              <w:rPr>
                <w:sz w:val="12"/>
              </w:rPr>
              <w:t>jazerá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plesá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umelé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nádrže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minerálne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termálne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pramene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1513BB2A" w14:textId="77777777" w:rsidR="00F16BAE" w:rsidRDefault="00821AE6">
            <w:proofErr w:type="spellStart"/>
            <w:r>
              <w:rPr>
                <w:sz w:val="12"/>
              </w:rPr>
              <w:t>rozlíši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typy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vodných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útvarov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oblasti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podzemnej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vody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0FFEFAF" w14:textId="77777777" w:rsidR="00F16BAE" w:rsidRDefault="00821AE6">
            <w:proofErr w:type="spellStart"/>
            <w:r>
              <w:rPr>
                <w:sz w:val="12"/>
              </w:rPr>
              <w:t>tematická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obrázky</w:t>
            </w:r>
            <w:proofErr w:type="spellEnd"/>
          </w:p>
        </w:tc>
        <w:tc>
          <w:tcPr>
            <w:tcW w:w="1054" w:type="dxa"/>
            <w:vAlign w:val="center"/>
          </w:tcPr>
          <w:p w14:paraId="659AD39B" w14:textId="77777777" w:rsidR="00F16BAE" w:rsidRDefault="00821AE6">
            <w:r>
              <w:rPr>
                <w:sz w:val="12"/>
              </w:rPr>
              <w:t>ENV; OŽZ</w:t>
            </w:r>
          </w:p>
        </w:tc>
        <w:tc>
          <w:tcPr>
            <w:tcW w:w="1054" w:type="dxa"/>
            <w:vAlign w:val="center"/>
          </w:tcPr>
          <w:p w14:paraId="7FB4C2A3" w14:textId="77777777" w:rsidR="00F16BAE" w:rsidRDefault="00821AE6"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fotografie</w:t>
            </w:r>
            <w:proofErr w:type="spellEnd"/>
          </w:p>
        </w:tc>
        <w:tc>
          <w:tcPr>
            <w:tcW w:w="1054" w:type="dxa"/>
            <w:vAlign w:val="center"/>
          </w:tcPr>
          <w:p w14:paraId="549BE58B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</w:tr>
      <w:tr w:rsidR="00F16BAE" w14:paraId="2FEB2125" w14:textId="77777777">
        <w:tc>
          <w:tcPr>
            <w:tcW w:w="1054" w:type="dxa"/>
            <w:vAlign w:val="center"/>
          </w:tcPr>
          <w:p w14:paraId="5911A75C" w14:textId="77777777" w:rsidR="00F16BAE" w:rsidRDefault="00821AE6">
            <w:r>
              <w:rPr>
                <w:sz w:val="12"/>
              </w:rPr>
              <w:t>XI.</w:t>
            </w:r>
          </w:p>
        </w:tc>
        <w:tc>
          <w:tcPr>
            <w:tcW w:w="1054" w:type="dxa"/>
            <w:vAlign w:val="center"/>
          </w:tcPr>
          <w:p w14:paraId="154E578E" w14:textId="77777777" w:rsidR="00F16BAE" w:rsidRDefault="00821AE6">
            <w:r>
              <w:rPr>
                <w:sz w:val="12"/>
              </w:rPr>
              <w:t>10</w:t>
            </w:r>
          </w:p>
        </w:tc>
        <w:tc>
          <w:tcPr>
            <w:tcW w:w="1054" w:type="dxa"/>
            <w:vAlign w:val="center"/>
          </w:tcPr>
          <w:p w14:paraId="7981A1F9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7D2FC0EB" w14:textId="77777777" w:rsidR="00F16BAE" w:rsidRDefault="00821AE6">
            <w:proofErr w:type="spellStart"/>
            <w:r>
              <w:rPr>
                <w:sz w:val="12"/>
              </w:rPr>
              <w:t>Rastlinstvo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živočíšstvo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vegetačné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stupne</w:t>
            </w:r>
            <w:proofErr w:type="spellEnd"/>
          </w:p>
        </w:tc>
        <w:tc>
          <w:tcPr>
            <w:tcW w:w="1054" w:type="dxa"/>
            <w:vAlign w:val="center"/>
          </w:tcPr>
          <w:p w14:paraId="2C08F421" w14:textId="77777777" w:rsidR="00F16BAE" w:rsidRDefault="00821AE6">
            <w:proofErr w:type="spellStart"/>
            <w:r>
              <w:rPr>
                <w:sz w:val="12"/>
              </w:rPr>
              <w:t>vegetačné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stupne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typické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druhy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E8A5A18" w14:textId="77777777" w:rsidR="00F16BAE" w:rsidRDefault="00821AE6"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usporiadanie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vegetačných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stupňov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uvedie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typické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druhy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CAF4F31" w14:textId="77777777" w:rsidR="00F16BAE" w:rsidRDefault="00821AE6">
            <w:proofErr w:type="spellStart"/>
            <w:r>
              <w:rPr>
                <w:sz w:val="12"/>
              </w:rPr>
              <w:t>nákres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triedenie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</w:t>
            </w:r>
            <w:proofErr w:type="spellStart"/>
            <w:r>
              <w:rPr>
                <w:sz w:val="12"/>
              </w:rPr>
              <w:t>textom</w:t>
            </w:r>
            <w:proofErr w:type="spellEnd"/>
          </w:p>
        </w:tc>
        <w:tc>
          <w:tcPr>
            <w:tcW w:w="1054" w:type="dxa"/>
            <w:vAlign w:val="center"/>
          </w:tcPr>
          <w:p w14:paraId="7C7DEA08" w14:textId="77777777" w:rsidR="00F16BAE" w:rsidRDefault="00821AE6">
            <w:r>
              <w:rPr>
                <w:sz w:val="12"/>
              </w:rPr>
              <w:t>ENV; ČIG</w:t>
            </w:r>
          </w:p>
        </w:tc>
        <w:tc>
          <w:tcPr>
            <w:tcW w:w="1054" w:type="dxa"/>
            <w:vAlign w:val="center"/>
          </w:tcPr>
          <w:p w14:paraId="05882FF1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obrázky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  <w:tc>
          <w:tcPr>
            <w:tcW w:w="1054" w:type="dxa"/>
            <w:vAlign w:val="center"/>
          </w:tcPr>
          <w:p w14:paraId="54A3EDEB" w14:textId="77777777" w:rsidR="00F16BAE" w:rsidRDefault="00821AE6"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písomne</w:t>
            </w:r>
            <w:proofErr w:type="spellEnd"/>
          </w:p>
        </w:tc>
      </w:tr>
      <w:tr w:rsidR="00F16BAE" w14:paraId="362FB766" w14:textId="77777777">
        <w:tc>
          <w:tcPr>
            <w:tcW w:w="1054" w:type="dxa"/>
            <w:vAlign w:val="center"/>
          </w:tcPr>
          <w:p w14:paraId="6A635AEF" w14:textId="77777777" w:rsidR="00F16BAE" w:rsidRDefault="00821AE6">
            <w:r>
              <w:rPr>
                <w:sz w:val="12"/>
              </w:rPr>
              <w:t>XI.</w:t>
            </w:r>
          </w:p>
        </w:tc>
        <w:tc>
          <w:tcPr>
            <w:tcW w:w="1054" w:type="dxa"/>
            <w:vAlign w:val="center"/>
          </w:tcPr>
          <w:p w14:paraId="00A48282" w14:textId="77777777" w:rsidR="00F16BAE" w:rsidRDefault="00821AE6">
            <w:r>
              <w:rPr>
                <w:sz w:val="12"/>
              </w:rPr>
              <w:t>11</w:t>
            </w:r>
          </w:p>
        </w:tc>
        <w:tc>
          <w:tcPr>
            <w:tcW w:w="1054" w:type="dxa"/>
            <w:vAlign w:val="center"/>
          </w:tcPr>
          <w:p w14:paraId="422F561F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</w:p>
        </w:tc>
        <w:tc>
          <w:tcPr>
            <w:tcW w:w="1054" w:type="dxa"/>
            <w:vAlign w:val="center"/>
          </w:tcPr>
          <w:p w14:paraId="2D07B323" w14:textId="77777777" w:rsidR="00F16BAE" w:rsidRDefault="00821AE6">
            <w:proofErr w:type="spellStart"/>
            <w:r>
              <w:rPr>
                <w:sz w:val="12"/>
              </w:rPr>
              <w:t>Ochrana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riziká</w:t>
            </w:r>
            <w:proofErr w:type="spellEnd"/>
          </w:p>
        </w:tc>
        <w:tc>
          <w:tcPr>
            <w:tcW w:w="1054" w:type="dxa"/>
            <w:vAlign w:val="center"/>
          </w:tcPr>
          <w:p w14:paraId="1B701CC9" w14:textId="77777777" w:rsidR="00F16BAE" w:rsidRDefault="00821AE6">
            <w:proofErr w:type="spellStart"/>
            <w:r>
              <w:rPr>
                <w:sz w:val="12"/>
              </w:rPr>
              <w:t>chránené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územia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národné</w:t>
            </w:r>
            <w:proofErr w:type="spellEnd"/>
            <w:r>
              <w:rPr>
                <w:sz w:val="12"/>
              </w:rPr>
              <w:t xml:space="preserve"> parky,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katastrofy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riziká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70D010B" w14:textId="77777777" w:rsidR="00F16BAE" w:rsidRDefault="00821AE6"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chránené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územia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význam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ochrany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8EDDB6A" w14:textId="77777777" w:rsidR="00F16BAE" w:rsidRDefault="00821AE6">
            <w:proofErr w:type="spellStart"/>
            <w:r>
              <w:rPr>
                <w:sz w:val="12"/>
              </w:rPr>
              <w:t>diskusia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problémové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úlohy</w:t>
            </w:r>
            <w:proofErr w:type="spellEnd"/>
          </w:p>
        </w:tc>
        <w:tc>
          <w:tcPr>
            <w:tcW w:w="1054" w:type="dxa"/>
            <w:vAlign w:val="center"/>
          </w:tcPr>
          <w:p w14:paraId="280731DF" w14:textId="77777777" w:rsidR="00F16BAE" w:rsidRDefault="00821AE6">
            <w:r>
              <w:rPr>
                <w:sz w:val="12"/>
              </w:rPr>
              <w:t>ENV; OŽZ</w:t>
            </w:r>
          </w:p>
        </w:tc>
        <w:tc>
          <w:tcPr>
            <w:tcW w:w="1054" w:type="dxa"/>
            <w:vAlign w:val="center"/>
          </w:tcPr>
          <w:p w14:paraId="371112FA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fotografie</w:t>
            </w:r>
            <w:proofErr w:type="spellEnd"/>
          </w:p>
        </w:tc>
        <w:tc>
          <w:tcPr>
            <w:tcW w:w="1054" w:type="dxa"/>
            <w:vAlign w:val="center"/>
          </w:tcPr>
          <w:p w14:paraId="2511C7EE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525E61E5" w14:textId="77777777">
        <w:tc>
          <w:tcPr>
            <w:tcW w:w="1054" w:type="dxa"/>
            <w:vAlign w:val="center"/>
          </w:tcPr>
          <w:p w14:paraId="5F9B97E6" w14:textId="77777777" w:rsidR="00F16BAE" w:rsidRDefault="00821AE6">
            <w:r>
              <w:rPr>
                <w:sz w:val="12"/>
              </w:rPr>
              <w:t>XII.</w:t>
            </w:r>
          </w:p>
        </w:tc>
        <w:tc>
          <w:tcPr>
            <w:tcW w:w="1054" w:type="dxa"/>
            <w:vAlign w:val="center"/>
          </w:tcPr>
          <w:p w14:paraId="6F1F3635" w14:textId="77777777" w:rsidR="00F16BAE" w:rsidRDefault="00821AE6">
            <w:r>
              <w:rPr>
                <w:sz w:val="12"/>
              </w:rPr>
              <w:t>12</w:t>
            </w:r>
          </w:p>
        </w:tc>
        <w:tc>
          <w:tcPr>
            <w:tcW w:w="1054" w:type="dxa"/>
            <w:vAlign w:val="center"/>
          </w:tcPr>
          <w:p w14:paraId="1B6F7F6D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1F7828EE" w14:textId="77777777" w:rsidR="00F16BAE" w:rsidRDefault="00821AE6">
            <w:proofErr w:type="spellStart"/>
            <w:r>
              <w:rPr>
                <w:sz w:val="12"/>
              </w:rPr>
              <w:t>História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5FC6EC01" w14:textId="77777777" w:rsidR="00F16BAE" w:rsidRDefault="00821AE6">
            <w:proofErr w:type="spellStart"/>
            <w:r>
              <w:rPr>
                <w:sz w:val="12"/>
              </w:rPr>
              <w:t>vybrané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historické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udalosti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historické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D58CF62" w14:textId="77777777" w:rsidR="00F16BAE" w:rsidRDefault="00821AE6">
            <w:proofErr w:type="spellStart"/>
            <w:r>
              <w:rPr>
                <w:sz w:val="12"/>
              </w:rPr>
              <w:t>zaradí</w:t>
            </w:r>
            <w:proofErr w:type="spellEnd"/>
            <w:r>
              <w:rPr>
                <w:sz w:val="12"/>
              </w:rPr>
              <w:t xml:space="preserve"> tri </w:t>
            </w:r>
            <w:proofErr w:type="spellStart"/>
            <w:r>
              <w:rPr>
                <w:sz w:val="12"/>
              </w:rPr>
              <w:t>významné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udalosti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časovej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postupnosti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318C776" w14:textId="77777777" w:rsidR="00F16BAE" w:rsidRDefault="00821AE6">
            <w:proofErr w:type="spellStart"/>
            <w:r>
              <w:rPr>
                <w:sz w:val="12"/>
              </w:rPr>
              <w:t>časová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</w:t>
            </w:r>
            <w:proofErr w:type="spellStart"/>
            <w:r>
              <w:rPr>
                <w:sz w:val="12"/>
              </w:rPr>
              <w:t>textom</w:t>
            </w:r>
            <w:proofErr w:type="spellEnd"/>
          </w:p>
        </w:tc>
        <w:tc>
          <w:tcPr>
            <w:tcW w:w="1054" w:type="dxa"/>
            <w:vAlign w:val="center"/>
          </w:tcPr>
          <w:p w14:paraId="68A899DC" w14:textId="77777777" w:rsidR="00F16BAE" w:rsidRDefault="00821AE6">
            <w:r>
              <w:rPr>
                <w:sz w:val="12"/>
              </w:rPr>
              <w:t>REG; MUV; ČIG</w:t>
            </w:r>
          </w:p>
        </w:tc>
        <w:tc>
          <w:tcPr>
            <w:tcW w:w="1054" w:type="dxa"/>
            <w:vAlign w:val="center"/>
          </w:tcPr>
          <w:p w14:paraId="27237C45" w14:textId="77777777" w:rsidR="00F16BAE" w:rsidRDefault="00821AE6">
            <w:proofErr w:type="spellStart"/>
            <w:r>
              <w:rPr>
                <w:sz w:val="12"/>
              </w:rPr>
              <w:t>časová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17632A67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64E962C1" w14:textId="77777777">
        <w:tc>
          <w:tcPr>
            <w:tcW w:w="1054" w:type="dxa"/>
            <w:vAlign w:val="center"/>
          </w:tcPr>
          <w:p w14:paraId="09DE7C0A" w14:textId="77777777" w:rsidR="00F16BAE" w:rsidRDefault="00821AE6">
            <w:r>
              <w:rPr>
                <w:sz w:val="12"/>
              </w:rPr>
              <w:t>XII.</w:t>
            </w:r>
          </w:p>
        </w:tc>
        <w:tc>
          <w:tcPr>
            <w:tcW w:w="1054" w:type="dxa"/>
            <w:vAlign w:val="center"/>
          </w:tcPr>
          <w:p w14:paraId="37494A0D" w14:textId="77777777" w:rsidR="00F16BAE" w:rsidRDefault="00821AE6">
            <w:r>
              <w:rPr>
                <w:sz w:val="12"/>
              </w:rPr>
              <w:t>13</w:t>
            </w:r>
          </w:p>
        </w:tc>
        <w:tc>
          <w:tcPr>
            <w:tcW w:w="1054" w:type="dxa"/>
            <w:vAlign w:val="center"/>
          </w:tcPr>
          <w:p w14:paraId="11AA93F7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57FB29E5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598314C0" w14:textId="77777777" w:rsidR="00F16BAE" w:rsidRDefault="00821AE6">
            <w:proofErr w:type="spellStart"/>
            <w:r>
              <w:rPr>
                <w:sz w:val="12"/>
              </w:rPr>
              <w:t>počet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vývoj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hustota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národnosti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prirodzený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pohyb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14BFEC6F" w14:textId="77777777" w:rsidR="00F16BAE" w:rsidRDefault="00821AE6"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zmeny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počtu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obyvateľov</w:t>
            </w:r>
            <w:proofErr w:type="spellEnd"/>
            <w:r>
              <w:rPr>
                <w:sz w:val="12"/>
              </w:rPr>
              <w:t xml:space="preserve"> a ich </w:t>
            </w:r>
            <w:proofErr w:type="spellStart"/>
            <w:r>
              <w:rPr>
                <w:sz w:val="12"/>
              </w:rPr>
              <w:t>nerovnomerné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rozmiestnenie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1DE1A45" w14:textId="77777777" w:rsidR="00F16BAE" w:rsidRDefault="00821AE6">
            <w:proofErr w:type="spellStart"/>
            <w:r>
              <w:rPr>
                <w:sz w:val="12"/>
              </w:rPr>
              <w:t>grafy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  <w:tc>
          <w:tcPr>
            <w:tcW w:w="1054" w:type="dxa"/>
            <w:vAlign w:val="center"/>
          </w:tcPr>
          <w:p w14:paraId="60A28887" w14:textId="77777777" w:rsidR="00F16BAE" w:rsidRDefault="00821AE6">
            <w:r>
              <w:rPr>
                <w:sz w:val="12"/>
              </w:rPr>
              <w:t>MUV; ČIG</w:t>
            </w:r>
          </w:p>
        </w:tc>
        <w:tc>
          <w:tcPr>
            <w:tcW w:w="1054" w:type="dxa"/>
            <w:vAlign w:val="center"/>
          </w:tcPr>
          <w:p w14:paraId="565C9D7A" w14:textId="77777777" w:rsidR="00F16BAE" w:rsidRDefault="00821AE6">
            <w:proofErr w:type="spellStart"/>
            <w:r>
              <w:rPr>
                <w:sz w:val="12"/>
              </w:rPr>
              <w:t>grafy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mapy</w:t>
            </w:r>
            <w:proofErr w:type="spellEnd"/>
          </w:p>
        </w:tc>
        <w:tc>
          <w:tcPr>
            <w:tcW w:w="1054" w:type="dxa"/>
            <w:vAlign w:val="center"/>
          </w:tcPr>
          <w:p w14:paraId="3A122384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ústne</w:t>
            </w:r>
            <w:proofErr w:type="spellEnd"/>
          </w:p>
        </w:tc>
      </w:tr>
      <w:tr w:rsidR="00F16BAE" w14:paraId="32CDD917" w14:textId="77777777">
        <w:tc>
          <w:tcPr>
            <w:tcW w:w="1054" w:type="dxa"/>
            <w:vAlign w:val="center"/>
          </w:tcPr>
          <w:p w14:paraId="687E8437" w14:textId="77777777" w:rsidR="00F16BAE" w:rsidRDefault="00821AE6">
            <w:r>
              <w:rPr>
                <w:sz w:val="12"/>
              </w:rPr>
              <w:t>XII.</w:t>
            </w:r>
          </w:p>
        </w:tc>
        <w:tc>
          <w:tcPr>
            <w:tcW w:w="1054" w:type="dxa"/>
            <w:vAlign w:val="center"/>
          </w:tcPr>
          <w:p w14:paraId="58A326B8" w14:textId="77777777" w:rsidR="00F16BAE" w:rsidRDefault="00821AE6">
            <w:r>
              <w:rPr>
                <w:sz w:val="12"/>
              </w:rPr>
              <w:t>14</w:t>
            </w:r>
          </w:p>
        </w:tc>
        <w:tc>
          <w:tcPr>
            <w:tcW w:w="1054" w:type="dxa"/>
            <w:vAlign w:val="center"/>
          </w:tcPr>
          <w:p w14:paraId="06113A89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5DFF5D81" w14:textId="77777777" w:rsidR="00F16BAE" w:rsidRDefault="00821AE6"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28B2FF7F" w14:textId="77777777" w:rsidR="00F16BAE" w:rsidRDefault="00821AE6">
            <w:proofErr w:type="spellStart"/>
            <w:r>
              <w:rPr>
                <w:sz w:val="12"/>
              </w:rPr>
              <w:t>mestské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vidiecke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najľudnatejšie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mestá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600789C" w14:textId="77777777" w:rsidR="00F16BAE" w:rsidRDefault="00821AE6">
            <w:proofErr w:type="spellStart"/>
            <w:r>
              <w:rPr>
                <w:sz w:val="12"/>
              </w:rPr>
              <w:t>vytvorí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zoznam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desiatich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najľudnatejších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miest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ich.</w:t>
            </w:r>
          </w:p>
        </w:tc>
        <w:tc>
          <w:tcPr>
            <w:tcW w:w="1054" w:type="dxa"/>
            <w:vAlign w:val="center"/>
          </w:tcPr>
          <w:p w14:paraId="0B1FF1D6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tabuľka</w:t>
            </w:r>
            <w:proofErr w:type="spellEnd"/>
          </w:p>
        </w:tc>
        <w:tc>
          <w:tcPr>
            <w:tcW w:w="1054" w:type="dxa"/>
            <w:vAlign w:val="center"/>
          </w:tcPr>
          <w:p w14:paraId="638D4747" w14:textId="77777777" w:rsidR="00F16BAE" w:rsidRDefault="00821AE6">
            <w:r>
              <w:rPr>
                <w:sz w:val="12"/>
              </w:rPr>
              <w:t>ČIG; IDG</w:t>
            </w:r>
          </w:p>
        </w:tc>
        <w:tc>
          <w:tcPr>
            <w:tcW w:w="1054" w:type="dxa"/>
            <w:vAlign w:val="center"/>
          </w:tcPr>
          <w:p w14:paraId="3DF452E6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štatistické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údaje</w:t>
            </w:r>
            <w:proofErr w:type="spellEnd"/>
          </w:p>
        </w:tc>
        <w:tc>
          <w:tcPr>
            <w:tcW w:w="1054" w:type="dxa"/>
            <w:vAlign w:val="center"/>
          </w:tcPr>
          <w:p w14:paraId="611D0ECE" w14:textId="77777777" w:rsidR="00F16BAE" w:rsidRDefault="00821AE6"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4F3DA074" w14:textId="77777777">
        <w:tc>
          <w:tcPr>
            <w:tcW w:w="1054" w:type="dxa"/>
            <w:vAlign w:val="center"/>
          </w:tcPr>
          <w:p w14:paraId="1E0E228C" w14:textId="77777777" w:rsidR="00F16BAE" w:rsidRDefault="00821AE6">
            <w:r>
              <w:rPr>
                <w:sz w:val="12"/>
              </w:rPr>
              <w:t>I.</w:t>
            </w:r>
          </w:p>
        </w:tc>
        <w:tc>
          <w:tcPr>
            <w:tcW w:w="1054" w:type="dxa"/>
            <w:vAlign w:val="center"/>
          </w:tcPr>
          <w:p w14:paraId="1F500A83" w14:textId="77777777" w:rsidR="00F16BAE" w:rsidRDefault="00821AE6">
            <w:r>
              <w:rPr>
                <w:sz w:val="12"/>
              </w:rPr>
              <w:t>15</w:t>
            </w:r>
          </w:p>
        </w:tc>
        <w:tc>
          <w:tcPr>
            <w:tcW w:w="1054" w:type="dxa"/>
            <w:vAlign w:val="center"/>
          </w:tcPr>
          <w:p w14:paraId="5CAFF92A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65F69539" w14:textId="77777777" w:rsidR="00F16BAE" w:rsidRDefault="00821AE6">
            <w:r>
              <w:rPr>
                <w:sz w:val="12"/>
              </w:rPr>
              <w:t xml:space="preserve">Bratislava a </w:t>
            </w:r>
            <w:proofErr w:type="spellStart"/>
            <w:r>
              <w:rPr>
                <w:sz w:val="12"/>
              </w:rPr>
              <w:t>Košice</w:t>
            </w:r>
            <w:proofErr w:type="spellEnd"/>
          </w:p>
        </w:tc>
        <w:tc>
          <w:tcPr>
            <w:tcW w:w="1054" w:type="dxa"/>
            <w:vAlign w:val="center"/>
          </w:tcPr>
          <w:p w14:paraId="3FC7AB29" w14:textId="77777777" w:rsidR="00F16BAE" w:rsidRDefault="00821AE6">
            <w:proofErr w:type="spellStart"/>
            <w:r>
              <w:rPr>
                <w:sz w:val="12"/>
              </w:rPr>
              <w:t>postavenie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veľkých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miest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funkcie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význam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9FE1C9B" w14:textId="77777777" w:rsidR="00F16BAE" w:rsidRDefault="00821AE6">
            <w:proofErr w:type="spellStart"/>
            <w:r>
              <w:rPr>
                <w:sz w:val="12"/>
              </w:rPr>
              <w:t>zdôvodní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výnimočné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postavenie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Bratislavy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Košíc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49C68E8" w14:textId="77777777" w:rsidR="00F16BAE" w:rsidRDefault="00821AE6">
            <w:proofErr w:type="spellStart"/>
            <w:r>
              <w:rPr>
                <w:sz w:val="12"/>
              </w:rPr>
              <w:t>porovnanie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  <w:tc>
          <w:tcPr>
            <w:tcW w:w="1054" w:type="dxa"/>
            <w:vAlign w:val="center"/>
          </w:tcPr>
          <w:p w14:paraId="0F717D20" w14:textId="77777777" w:rsidR="00F16BAE" w:rsidRDefault="00821AE6">
            <w:r>
              <w:rPr>
                <w:sz w:val="12"/>
              </w:rPr>
              <w:t>REG; MUV</w:t>
            </w:r>
          </w:p>
        </w:tc>
        <w:tc>
          <w:tcPr>
            <w:tcW w:w="1054" w:type="dxa"/>
            <w:vAlign w:val="center"/>
          </w:tcPr>
          <w:p w14:paraId="0FD9FD3C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grafy</w:t>
            </w:r>
            <w:proofErr w:type="spellEnd"/>
          </w:p>
        </w:tc>
        <w:tc>
          <w:tcPr>
            <w:tcW w:w="1054" w:type="dxa"/>
            <w:vAlign w:val="center"/>
          </w:tcPr>
          <w:p w14:paraId="38D49AA6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</w:tr>
      <w:tr w:rsidR="00F16BAE" w14:paraId="051E9635" w14:textId="77777777">
        <w:tc>
          <w:tcPr>
            <w:tcW w:w="1054" w:type="dxa"/>
            <w:vAlign w:val="center"/>
          </w:tcPr>
          <w:p w14:paraId="0A416D4B" w14:textId="77777777" w:rsidR="00F16BAE" w:rsidRDefault="00821AE6">
            <w:r>
              <w:rPr>
                <w:sz w:val="12"/>
              </w:rPr>
              <w:t>I.</w:t>
            </w:r>
          </w:p>
        </w:tc>
        <w:tc>
          <w:tcPr>
            <w:tcW w:w="1054" w:type="dxa"/>
            <w:vAlign w:val="center"/>
          </w:tcPr>
          <w:p w14:paraId="0B0A7FFC" w14:textId="77777777" w:rsidR="00F16BAE" w:rsidRDefault="00821AE6">
            <w:r>
              <w:rPr>
                <w:sz w:val="12"/>
              </w:rPr>
              <w:t>16</w:t>
            </w:r>
          </w:p>
        </w:tc>
        <w:tc>
          <w:tcPr>
            <w:tcW w:w="1054" w:type="dxa"/>
            <w:vAlign w:val="center"/>
          </w:tcPr>
          <w:p w14:paraId="2CDCA0B1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270D7E58" w14:textId="77777777" w:rsidR="00F16BAE" w:rsidRDefault="00821AE6">
            <w:proofErr w:type="spellStart"/>
            <w:r>
              <w:rPr>
                <w:sz w:val="12"/>
              </w:rPr>
              <w:t>Hospodárstvo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4BB4B9DA" w14:textId="77777777" w:rsidR="00F16BAE" w:rsidRDefault="00821AE6">
            <w:proofErr w:type="spellStart"/>
            <w:r>
              <w:rPr>
                <w:sz w:val="12"/>
              </w:rPr>
              <w:t>zmeny</w:t>
            </w:r>
            <w:proofErr w:type="spellEnd"/>
            <w:r>
              <w:rPr>
                <w:sz w:val="12"/>
              </w:rPr>
              <w:t xml:space="preserve"> po </w:t>
            </w:r>
            <w:proofErr w:type="spellStart"/>
            <w:r>
              <w:rPr>
                <w:sz w:val="12"/>
              </w:rPr>
              <w:t>roku</w:t>
            </w:r>
            <w:proofErr w:type="spellEnd"/>
            <w:r>
              <w:rPr>
                <w:sz w:val="12"/>
              </w:rPr>
              <w:t xml:space="preserve"> 1989,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zdroje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priemysel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poľnohospodárstvo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F4ACFC3" w14:textId="77777777" w:rsidR="00F16BAE" w:rsidRDefault="00821AE6"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hlavné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zmeny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hospodárstva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význam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prírodných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zdrojov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4115770" w14:textId="77777777" w:rsidR="00F16BAE" w:rsidRDefault="00821AE6">
            <w:proofErr w:type="spellStart"/>
            <w:r>
              <w:rPr>
                <w:sz w:val="12"/>
              </w:rPr>
              <w:t>analýza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máp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problémové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úlohy</w:t>
            </w:r>
            <w:proofErr w:type="spellEnd"/>
          </w:p>
        </w:tc>
        <w:tc>
          <w:tcPr>
            <w:tcW w:w="1054" w:type="dxa"/>
            <w:vAlign w:val="center"/>
          </w:tcPr>
          <w:p w14:paraId="4854373B" w14:textId="77777777" w:rsidR="00F16BAE" w:rsidRDefault="00821AE6">
            <w:r>
              <w:rPr>
                <w:sz w:val="12"/>
              </w:rPr>
              <w:t>FIG; ENV</w:t>
            </w:r>
          </w:p>
        </w:tc>
        <w:tc>
          <w:tcPr>
            <w:tcW w:w="1054" w:type="dxa"/>
            <w:vAlign w:val="center"/>
          </w:tcPr>
          <w:p w14:paraId="61D7C094" w14:textId="77777777" w:rsidR="00F16BAE" w:rsidRDefault="00821AE6">
            <w:proofErr w:type="spellStart"/>
            <w:r>
              <w:rPr>
                <w:sz w:val="12"/>
              </w:rPr>
              <w:t>hospodárska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grafy</w:t>
            </w:r>
            <w:proofErr w:type="spellEnd"/>
          </w:p>
        </w:tc>
        <w:tc>
          <w:tcPr>
            <w:tcW w:w="1054" w:type="dxa"/>
            <w:vAlign w:val="center"/>
          </w:tcPr>
          <w:p w14:paraId="2D03C80E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69570B3C" w14:textId="77777777">
        <w:tc>
          <w:tcPr>
            <w:tcW w:w="1054" w:type="dxa"/>
            <w:vAlign w:val="center"/>
          </w:tcPr>
          <w:p w14:paraId="01752FEC" w14:textId="77777777" w:rsidR="00F16BAE" w:rsidRDefault="00821AE6">
            <w:r>
              <w:rPr>
                <w:sz w:val="12"/>
              </w:rPr>
              <w:t>I.</w:t>
            </w:r>
          </w:p>
        </w:tc>
        <w:tc>
          <w:tcPr>
            <w:tcW w:w="1054" w:type="dxa"/>
            <w:vAlign w:val="center"/>
          </w:tcPr>
          <w:p w14:paraId="07BC1AD9" w14:textId="77777777" w:rsidR="00F16BAE" w:rsidRDefault="00821AE6">
            <w:r>
              <w:rPr>
                <w:sz w:val="12"/>
              </w:rPr>
              <w:t>17</w:t>
            </w:r>
          </w:p>
        </w:tc>
        <w:tc>
          <w:tcPr>
            <w:tcW w:w="1054" w:type="dxa"/>
            <w:vAlign w:val="center"/>
          </w:tcPr>
          <w:p w14:paraId="565EAD74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09313072" w14:textId="77777777" w:rsidR="00F16BAE" w:rsidRDefault="00821AE6">
            <w:proofErr w:type="spellStart"/>
            <w:r>
              <w:rPr>
                <w:sz w:val="12"/>
              </w:rPr>
              <w:t>Doprava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služby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cestovný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ruch</w:t>
            </w:r>
            <w:proofErr w:type="spellEnd"/>
          </w:p>
        </w:tc>
        <w:tc>
          <w:tcPr>
            <w:tcW w:w="1054" w:type="dxa"/>
            <w:vAlign w:val="center"/>
          </w:tcPr>
          <w:p w14:paraId="3F1C336C" w14:textId="77777777" w:rsidR="00F16BAE" w:rsidRDefault="00821AE6">
            <w:proofErr w:type="spellStart"/>
            <w:r>
              <w:rPr>
                <w:sz w:val="12"/>
              </w:rPr>
              <w:t>dopravné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siete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služby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turistické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oblasti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7ED7DF1" w14:textId="77777777" w:rsidR="00F16BAE" w:rsidRDefault="00821AE6">
            <w:proofErr w:type="spellStart"/>
            <w:r>
              <w:rPr>
                <w:sz w:val="12"/>
              </w:rPr>
              <w:t>zhodnotí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význam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dopravy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služieb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cestovného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ruchu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D0559DF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komparácia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  <w:tc>
          <w:tcPr>
            <w:tcW w:w="1054" w:type="dxa"/>
            <w:vAlign w:val="center"/>
          </w:tcPr>
          <w:p w14:paraId="41559940" w14:textId="77777777" w:rsidR="00F16BAE" w:rsidRDefault="00821AE6">
            <w:r>
              <w:rPr>
                <w:sz w:val="12"/>
              </w:rPr>
              <w:t>FIG; REG; ENV</w:t>
            </w:r>
          </w:p>
        </w:tc>
        <w:tc>
          <w:tcPr>
            <w:tcW w:w="1054" w:type="dxa"/>
            <w:vAlign w:val="center"/>
          </w:tcPr>
          <w:p w14:paraId="0BE512E8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materiály</w:t>
            </w:r>
            <w:proofErr w:type="spellEnd"/>
          </w:p>
        </w:tc>
        <w:tc>
          <w:tcPr>
            <w:tcW w:w="1054" w:type="dxa"/>
            <w:vAlign w:val="center"/>
          </w:tcPr>
          <w:p w14:paraId="6E12FBE9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</w:tr>
      <w:tr w:rsidR="00F16BAE" w14:paraId="707B69D8" w14:textId="77777777">
        <w:tc>
          <w:tcPr>
            <w:tcW w:w="1054" w:type="dxa"/>
            <w:vAlign w:val="center"/>
          </w:tcPr>
          <w:p w14:paraId="4B56E4B9" w14:textId="77777777" w:rsidR="00F16BAE" w:rsidRDefault="00821AE6">
            <w:r>
              <w:rPr>
                <w:sz w:val="12"/>
              </w:rPr>
              <w:t>I.</w:t>
            </w:r>
          </w:p>
        </w:tc>
        <w:tc>
          <w:tcPr>
            <w:tcW w:w="1054" w:type="dxa"/>
            <w:vAlign w:val="center"/>
          </w:tcPr>
          <w:p w14:paraId="5F916492" w14:textId="77777777" w:rsidR="00F16BAE" w:rsidRDefault="00821AE6">
            <w:r>
              <w:rPr>
                <w:sz w:val="12"/>
              </w:rPr>
              <w:t>18</w:t>
            </w:r>
          </w:p>
        </w:tc>
        <w:tc>
          <w:tcPr>
            <w:tcW w:w="1054" w:type="dxa"/>
            <w:vAlign w:val="center"/>
          </w:tcPr>
          <w:p w14:paraId="67CC2D4C" w14:textId="77777777" w:rsidR="00F16BAE" w:rsidRDefault="00821AE6">
            <w:proofErr w:type="spellStart"/>
            <w:r>
              <w:rPr>
                <w:sz w:val="12"/>
              </w:rPr>
              <w:t>Obyvateľstvo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sídla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</w:p>
        </w:tc>
        <w:tc>
          <w:tcPr>
            <w:tcW w:w="1054" w:type="dxa"/>
            <w:vAlign w:val="center"/>
          </w:tcPr>
          <w:p w14:paraId="1EF2AAE8" w14:textId="77777777" w:rsidR="00F16BAE" w:rsidRDefault="00821AE6"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environmentálne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problémy</w:t>
            </w:r>
            <w:proofErr w:type="spellEnd"/>
          </w:p>
        </w:tc>
        <w:tc>
          <w:tcPr>
            <w:tcW w:w="1054" w:type="dxa"/>
            <w:vAlign w:val="center"/>
          </w:tcPr>
          <w:p w14:paraId="5E934824" w14:textId="77777777" w:rsidR="00F16BAE" w:rsidRDefault="00821AE6">
            <w:proofErr w:type="spellStart"/>
            <w:r>
              <w:rPr>
                <w:sz w:val="12"/>
              </w:rPr>
              <w:t>znečistené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oblasti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priemyselné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environmentálne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záťaže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3438051" w14:textId="77777777" w:rsidR="00F16BAE" w:rsidRDefault="00821AE6">
            <w:proofErr w:type="spellStart"/>
            <w:r>
              <w:rPr>
                <w:sz w:val="12"/>
              </w:rPr>
              <w:t>identifikuje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najznečistenejšie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oblasti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príčiny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F9E8B33" w14:textId="77777777" w:rsidR="00F16BAE" w:rsidRDefault="00821AE6">
            <w:proofErr w:type="spellStart"/>
            <w:r>
              <w:rPr>
                <w:sz w:val="12"/>
              </w:rPr>
              <w:t>tematická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prípadová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štúdia</w:t>
            </w:r>
            <w:proofErr w:type="spellEnd"/>
          </w:p>
        </w:tc>
        <w:tc>
          <w:tcPr>
            <w:tcW w:w="1054" w:type="dxa"/>
            <w:vAlign w:val="center"/>
          </w:tcPr>
          <w:p w14:paraId="604F1352" w14:textId="77777777" w:rsidR="00F16BAE" w:rsidRDefault="00821AE6">
            <w:r>
              <w:rPr>
                <w:sz w:val="12"/>
              </w:rPr>
              <w:t>ENV; MEV</w:t>
            </w:r>
          </w:p>
        </w:tc>
        <w:tc>
          <w:tcPr>
            <w:tcW w:w="1054" w:type="dxa"/>
            <w:vAlign w:val="center"/>
          </w:tcPr>
          <w:p w14:paraId="54A50AED" w14:textId="77777777" w:rsidR="00F16BAE" w:rsidRDefault="00821AE6"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články</w:t>
            </w:r>
            <w:proofErr w:type="spellEnd"/>
          </w:p>
        </w:tc>
        <w:tc>
          <w:tcPr>
            <w:tcW w:w="1054" w:type="dxa"/>
            <w:vAlign w:val="center"/>
          </w:tcPr>
          <w:p w14:paraId="5AA113A4" w14:textId="77777777" w:rsidR="00F16BAE" w:rsidRDefault="00821AE6"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písomne</w:t>
            </w:r>
            <w:proofErr w:type="spellEnd"/>
          </w:p>
        </w:tc>
      </w:tr>
      <w:tr w:rsidR="00F16BAE" w14:paraId="63F9D1C5" w14:textId="77777777">
        <w:tc>
          <w:tcPr>
            <w:tcW w:w="1054" w:type="dxa"/>
            <w:vAlign w:val="center"/>
          </w:tcPr>
          <w:p w14:paraId="4998798E" w14:textId="77777777" w:rsidR="00F16BAE" w:rsidRDefault="00821AE6">
            <w:r>
              <w:rPr>
                <w:sz w:val="12"/>
              </w:rPr>
              <w:t>II.</w:t>
            </w:r>
          </w:p>
        </w:tc>
        <w:tc>
          <w:tcPr>
            <w:tcW w:w="1054" w:type="dxa"/>
            <w:vAlign w:val="center"/>
          </w:tcPr>
          <w:p w14:paraId="797C209D" w14:textId="77777777" w:rsidR="00F16BAE" w:rsidRDefault="00821AE6">
            <w:r>
              <w:rPr>
                <w:sz w:val="12"/>
              </w:rPr>
              <w:t>19</w:t>
            </w:r>
          </w:p>
        </w:tc>
        <w:tc>
          <w:tcPr>
            <w:tcW w:w="1054" w:type="dxa"/>
            <w:vAlign w:val="center"/>
          </w:tcPr>
          <w:p w14:paraId="29FC13AF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468BE2BC" w14:textId="77777777" w:rsidR="00F16BAE" w:rsidRDefault="00821AE6">
            <w:proofErr w:type="spellStart"/>
            <w:r>
              <w:rPr>
                <w:sz w:val="12"/>
              </w:rPr>
              <w:t>Administratívne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členenie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Bratislavský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7F862F0B" w14:textId="77777777" w:rsidR="00F16BAE" w:rsidRDefault="00821AE6">
            <w:r>
              <w:rPr>
                <w:sz w:val="12"/>
              </w:rPr>
              <w:t xml:space="preserve">VÚC, </w:t>
            </w:r>
            <w:proofErr w:type="spellStart"/>
            <w:r>
              <w:rPr>
                <w:sz w:val="12"/>
              </w:rPr>
              <w:t>krajské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mestá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Bratislavský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9C7B6A6" w14:textId="77777777" w:rsidR="00F16BAE" w:rsidRDefault="00821AE6">
            <w:proofErr w:type="spellStart"/>
            <w:r>
              <w:rPr>
                <w:sz w:val="12"/>
              </w:rPr>
              <w:t>vymedzí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hranice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jeho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osobitosti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DB6EFAB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skupinová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</w:p>
        </w:tc>
        <w:tc>
          <w:tcPr>
            <w:tcW w:w="1054" w:type="dxa"/>
            <w:vAlign w:val="center"/>
          </w:tcPr>
          <w:p w14:paraId="4E156C81" w14:textId="77777777" w:rsidR="00F16BAE" w:rsidRDefault="00821AE6">
            <w:r>
              <w:rPr>
                <w:sz w:val="12"/>
              </w:rPr>
              <w:t>REG; FIG</w:t>
            </w:r>
          </w:p>
        </w:tc>
        <w:tc>
          <w:tcPr>
            <w:tcW w:w="1054" w:type="dxa"/>
            <w:vAlign w:val="center"/>
          </w:tcPr>
          <w:p w14:paraId="26F07498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71B5BBFD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</w:tr>
      <w:tr w:rsidR="00F16BAE" w14:paraId="5A1C36C8" w14:textId="77777777">
        <w:tc>
          <w:tcPr>
            <w:tcW w:w="1054" w:type="dxa"/>
            <w:vAlign w:val="center"/>
          </w:tcPr>
          <w:p w14:paraId="01F14BF6" w14:textId="77777777" w:rsidR="00F16BAE" w:rsidRDefault="00821AE6">
            <w:r>
              <w:rPr>
                <w:sz w:val="12"/>
              </w:rPr>
              <w:t>II.</w:t>
            </w:r>
          </w:p>
        </w:tc>
        <w:tc>
          <w:tcPr>
            <w:tcW w:w="1054" w:type="dxa"/>
            <w:vAlign w:val="center"/>
          </w:tcPr>
          <w:p w14:paraId="20FBC43B" w14:textId="77777777" w:rsidR="00F16BAE" w:rsidRDefault="00821AE6">
            <w:r>
              <w:rPr>
                <w:sz w:val="12"/>
              </w:rPr>
              <w:t>20</w:t>
            </w:r>
          </w:p>
        </w:tc>
        <w:tc>
          <w:tcPr>
            <w:tcW w:w="1054" w:type="dxa"/>
            <w:vAlign w:val="center"/>
          </w:tcPr>
          <w:p w14:paraId="75A3D72F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29832F6B" w14:textId="77777777" w:rsidR="00F16BAE" w:rsidRDefault="00821AE6">
            <w:proofErr w:type="spellStart"/>
            <w:r>
              <w:rPr>
                <w:sz w:val="12"/>
              </w:rPr>
              <w:t>Trnavský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28BEF3C4" w14:textId="77777777" w:rsidR="00F16BAE" w:rsidRDefault="00821AE6">
            <w:proofErr w:type="spellStart"/>
            <w:r>
              <w:rPr>
                <w:sz w:val="12"/>
              </w:rPr>
              <w:t>Podunajská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Záhorská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nížina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Malé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Karpaty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Trnava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Piešťany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Gabčíkovo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09A5C27" w14:textId="77777777" w:rsidR="00F16BAE" w:rsidRDefault="00821AE6"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významné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objekty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CCE159D" w14:textId="77777777" w:rsidR="00F16BAE" w:rsidRDefault="00821AE6">
            <w:proofErr w:type="spellStart"/>
            <w:r>
              <w:rPr>
                <w:sz w:val="12"/>
              </w:rPr>
              <w:t>mapová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analýza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  <w:tc>
          <w:tcPr>
            <w:tcW w:w="1054" w:type="dxa"/>
            <w:vAlign w:val="center"/>
          </w:tcPr>
          <w:p w14:paraId="092012E3" w14:textId="77777777" w:rsidR="00F16BAE" w:rsidRDefault="00821AE6">
            <w:r>
              <w:rPr>
                <w:sz w:val="12"/>
              </w:rPr>
              <w:t>REG; ENV</w:t>
            </w:r>
          </w:p>
        </w:tc>
        <w:tc>
          <w:tcPr>
            <w:tcW w:w="1054" w:type="dxa"/>
            <w:vAlign w:val="center"/>
          </w:tcPr>
          <w:p w14:paraId="2E8142D7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mapy</w:t>
            </w:r>
            <w:proofErr w:type="spellEnd"/>
          </w:p>
        </w:tc>
        <w:tc>
          <w:tcPr>
            <w:tcW w:w="1054" w:type="dxa"/>
            <w:vAlign w:val="center"/>
          </w:tcPr>
          <w:p w14:paraId="2FEE0AAC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335C97F8" w14:textId="77777777">
        <w:tc>
          <w:tcPr>
            <w:tcW w:w="1054" w:type="dxa"/>
            <w:vAlign w:val="center"/>
          </w:tcPr>
          <w:p w14:paraId="076E8FBF" w14:textId="77777777" w:rsidR="00F16BAE" w:rsidRDefault="00821AE6">
            <w:r>
              <w:rPr>
                <w:sz w:val="12"/>
              </w:rPr>
              <w:t>II.</w:t>
            </w:r>
          </w:p>
        </w:tc>
        <w:tc>
          <w:tcPr>
            <w:tcW w:w="1054" w:type="dxa"/>
            <w:vAlign w:val="center"/>
          </w:tcPr>
          <w:p w14:paraId="378D33E1" w14:textId="77777777" w:rsidR="00F16BAE" w:rsidRDefault="00821AE6">
            <w:r>
              <w:rPr>
                <w:sz w:val="12"/>
              </w:rPr>
              <w:t>21</w:t>
            </w:r>
          </w:p>
        </w:tc>
        <w:tc>
          <w:tcPr>
            <w:tcW w:w="1054" w:type="dxa"/>
            <w:vAlign w:val="center"/>
          </w:tcPr>
          <w:p w14:paraId="3F0C1FFF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4F344AA2" w14:textId="77777777" w:rsidR="00F16BAE" w:rsidRDefault="00821AE6">
            <w:proofErr w:type="spellStart"/>
            <w:r>
              <w:rPr>
                <w:sz w:val="12"/>
              </w:rPr>
              <w:t>Nitriansky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24201041" w14:textId="77777777" w:rsidR="00F16BAE" w:rsidRDefault="00821AE6">
            <w:proofErr w:type="spellStart"/>
            <w:r>
              <w:rPr>
                <w:sz w:val="12"/>
              </w:rPr>
              <w:t>Tríbeč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Považský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Inovec</w:t>
            </w:r>
            <w:proofErr w:type="spellEnd"/>
            <w:r>
              <w:rPr>
                <w:sz w:val="12"/>
              </w:rPr>
              <w:t xml:space="preserve">, Nitra, </w:t>
            </w:r>
            <w:proofErr w:type="spellStart"/>
            <w:r>
              <w:rPr>
                <w:sz w:val="12"/>
              </w:rPr>
              <w:t>Hron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Ipeľ</w:t>
            </w:r>
            <w:proofErr w:type="spellEnd"/>
            <w:r>
              <w:rPr>
                <w:sz w:val="12"/>
              </w:rPr>
              <w:t xml:space="preserve">, Nitra, </w:t>
            </w:r>
            <w:proofErr w:type="spellStart"/>
            <w:r>
              <w:rPr>
                <w:sz w:val="12"/>
              </w:rPr>
              <w:t>Nové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Zámky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Komárno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Levice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D1C5A90" w14:textId="77777777" w:rsidR="00F16BAE" w:rsidRDefault="00821AE6"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jeho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možnosti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3CB350E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porovnávacia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tabuľka</w:t>
            </w:r>
            <w:proofErr w:type="spellEnd"/>
          </w:p>
        </w:tc>
        <w:tc>
          <w:tcPr>
            <w:tcW w:w="1054" w:type="dxa"/>
            <w:vAlign w:val="center"/>
          </w:tcPr>
          <w:p w14:paraId="65BF45E8" w14:textId="77777777" w:rsidR="00F16BAE" w:rsidRDefault="00821AE6">
            <w:r>
              <w:rPr>
                <w:sz w:val="12"/>
              </w:rPr>
              <w:t>REG; FIG</w:t>
            </w:r>
          </w:p>
        </w:tc>
        <w:tc>
          <w:tcPr>
            <w:tcW w:w="1054" w:type="dxa"/>
            <w:vAlign w:val="center"/>
          </w:tcPr>
          <w:p w14:paraId="75E9BDBA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grafy</w:t>
            </w:r>
            <w:proofErr w:type="spellEnd"/>
          </w:p>
        </w:tc>
        <w:tc>
          <w:tcPr>
            <w:tcW w:w="1054" w:type="dxa"/>
            <w:vAlign w:val="center"/>
          </w:tcPr>
          <w:p w14:paraId="232090B8" w14:textId="77777777" w:rsidR="00F16BAE" w:rsidRDefault="00821AE6"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</w:tr>
      <w:tr w:rsidR="00F16BAE" w14:paraId="317A5F93" w14:textId="77777777">
        <w:tc>
          <w:tcPr>
            <w:tcW w:w="1054" w:type="dxa"/>
            <w:vAlign w:val="center"/>
          </w:tcPr>
          <w:p w14:paraId="023ED69F" w14:textId="77777777" w:rsidR="00F16BAE" w:rsidRDefault="00821AE6">
            <w:r>
              <w:rPr>
                <w:sz w:val="12"/>
              </w:rPr>
              <w:t>III.</w:t>
            </w:r>
          </w:p>
        </w:tc>
        <w:tc>
          <w:tcPr>
            <w:tcW w:w="1054" w:type="dxa"/>
            <w:vAlign w:val="center"/>
          </w:tcPr>
          <w:p w14:paraId="3FBC36DA" w14:textId="77777777" w:rsidR="00F16BAE" w:rsidRDefault="00821AE6">
            <w:r>
              <w:rPr>
                <w:sz w:val="12"/>
              </w:rPr>
              <w:t>22</w:t>
            </w:r>
          </w:p>
        </w:tc>
        <w:tc>
          <w:tcPr>
            <w:tcW w:w="1054" w:type="dxa"/>
            <w:vAlign w:val="center"/>
          </w:tcPr>
          <w:p w14:paraId="32911FAB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04789EC5" w14:textId="77777777" w:rsidR="00F16BAE" w:rsidRDefault="00821AE6">
            <w:proofErr w:type="spellStart"/>
            <w:r>
              <w:rPr>
                <w:sz w:val="12"/>
              </w:rPr>
              <w:t>Trenčiansky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226F8F29" w14:textId="77777777" w:rsidR="00F16BAE" w:rsidRDefault="00821AE6">
            <w:proofErr w:type="spellStart"/>
            <w:r>
              <w:rPr>
                <w:sz w:val="12"/>
              </w:rPr>
              <w:t>Považský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Inovec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Strážovské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vrchy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Váh</w:t>
            </w:r>
            <w:proofErr w:type="spellEnd"/>
            <w:r>
              <w:rPr>
                <w:sz w:val="12"/>
              </w:rPr>
              <w:t xml:space="preserve">, Nitra, </w:t>
            </w:r>
            <w:proofErr w:type="spellStart"/>
            <w:r>
              <w:rPr>
                <w:sz w:val="12"/>
              </w:rPr>
              <w:t>Trenčín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Prievidza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Bojnice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CD3D616" w14:textId="77777777" w:rsidR="00F16BAE" w:rsidRDefault="00821AE6"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podmienky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hospodárstvo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55C8DAB0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problémové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úlohy</w:t>
            </w:r>
            <w:proofErr w:type="spellEnd"/>
          </w:p>
        </w:tc>
        <w:tc>
          <w:tcPr>
            <w:tcW w:w="1054" w:type="dxa"/>
            <w:vAlign w:val="center"/>
          </w:tcPr>
          <w:p w14:paraId="157A83D5" w14:textId="77777777" w:rsidR="00F16BAE" w:rsidRDefault="00821AE6">
            <w:r>
              <w:rPr>
                <w:sz w:val="12"/>
              </w:rPr>
              <w:t>REG; ENV</w:t>
            </w:r>
          </w:p>
        </w:tc>
        <w:tc>
          <w:tcPr>
            <w:tcW w:w="1054" w:type="dxa"/>
            <w:vAlign w:val="center"/>
          </w:tcPr>
          <w:p w14:paraId="18203974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2748DE06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aktivita</w:t>
            </w:r>
            <w:proofErr w:type="spellEnd"/>
          </w:p>
        </w:tc>
      </w:tr>
      <w:tr w:rsidR="00F16BAE" w14:paraId="5068CFDD" w14:textId="77777777">
        <w:tc>
          <w:tcPr>
            <w:tcW w:w="1054" w:type="dxa"/>
            <w:vAlign w:val="center"/>
          </w:tcPr>
          <w:p w14:paraId="3EB16A9C" w14:textId="77777777" w:rsidR="00F16BAE" w:rsidRDefault="00821AE6">
            <w:r>
              <w:rPr>
                <w:sz w:val="12"/>
              </w:rPr>
              <w:t>III.</w:t>
            </w:r>
          </w:p>
        </w:tc>
        <w:tc>
          <w:tcPr>
            <w:tcW w:w="1054" w:type="dxa"/>
            <w:vAlign w:val="center"/>
          </w:tcPr>
          <w:p w14:paraId="3753C534" w14:textId="77777777" w:rsidR="00F16BAE" w:rsidRDefault="00821AE6">
            <w:r>
              <w:rPr>
                <w:sz w:val="12"/>
              </w:rPr>
              <w:t>23</w:t>
            </w:r>
          </w:p>
        </w:tc>
        <w:tc>
          <w:tcPr>
            <w:tcW w:w="1054" w:type="dxa"/>
            <w:vAlign w:val="center"/>
          </w:tcPr>
          <w:p w14:paraId="23C13043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4565420C" w14:textId="77777777" w:rsidR="00F16BAE" w:rsidRDefault="00821AE6">
            <w:proofErr w:type="spellStart"/>
            <w:r>
              <w:rPr>
                <w:sz w:val="12"/>
              </w:rPr>
              <w:t>Žilinský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58A399AE" w14:textId="77777777" w:rsidR="00F16BAE" w:rsidRDefault="00821AE6">
            <w:proofErr w:type="spellStart"/>
            <w:r>
              <w:rPr>
                <w:sz w:val="12"/>
              </w:rPr>
              <w:t>Malá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Fatra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Veľká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Fatra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Nízke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Váh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Orava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Kysuce</w:t>
            </w:r>
            <w:proofErr w:type="spellEnd"/>
            <w:r>
              <w:rPr>
                <w:sz w:val="12"/>
              </w:rPr>
              <w:t xml:space="preserve">, Žilina, Martin, </w:t>
            </w:r>
            <w:proofErr w:type="spellStart"/>
            <w:r>
              <w:rPr>
                <w:sz w:val="12"/>
              </w:rPr>
              <w:t>Ružomberok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174B8174" w14:textId="77777777" w:rsidR="00F16BAE" w:rsidRDefault="00821AE6">
            <w:proofErr w:type="spellStart"/>
            <w:r>
              <w:rPr>
                <w:sz w:val="12"/>
              </w:rPr>
              <w:t>porovná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podmienky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možnosti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rozvoja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6B1FF6E" w14:textId="77777777" w:rsidR="00F16BAE" w:rsidRDefault="00821AE6">
            <w:proofErr w:type="spellStart"/>
            <w:r>
              <w:rPr>
                <w:sz w:val="12"/>
              </w:rPr>
              <w:t>mapová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analýza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skupiny</w:t>
            </w:r>
            <w:proofErr w:type="spellEnd"/>
          </w:p>
        </w:tc>
        <w:tc>
          <w:tcPr>
            <w:tcW w:w="1054" w:type="dxa"/>
            <w:vAlign w:val="center"/>
          </w:tcPr>
          <w:p w14:paraId="35A0F2F5" w14:textId="77777777" w:rsidR="00F16BAE" w:rsidRDefault="00821AE6">
            <w:r>
              <w:rPr>
                <w:sz w:val="12"/>
              </w:rPr>
              <w:t>REG; ENV; FIG</w:t>
            </w:r>
          </w:p>
        </w:tc>
        <w:tc>
          <w:tcPr>
            <w:tcW w:w="1054" w:type="dxa"/>
            <w:vAlign w:val="center"/>
          </w:tcPr>
          <w:p w14:paraId="7A956C3B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mapy</w:t>
            </w:r>
            <w:proofErr w:type="spellEnd"/>
          </w:p>
        </w:tc>
        <w:tc>
          <w:tcPr>
            <w:tcW w:w="1054" w:type="dxa"/>
            <w:vAlign w:val="center"/>
          </w:tcPr>
          <w:p w14:paraId="5165FB5C" w14:textId="77777777" w:rsidR="00F16BAE" w:rsidRDefault="00821AE6">
            <w:proofErr w:type="spellStart"/>
            <w:r>
              <w:rPr>
                <w:sz w:val="12"/>
              </w:rPr>
              <w:t>ústne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21FBD5E2" w14:textId="77777777">
        <w:tc>
          <w:tcPr>
            <w:tcW w:w="1054" w:type="dxa"/>
            <w:vAlign w:val="center"/>
          </w:tcPr>
          <w:p w14:paraId="5FFB2A26" w14:textId="77777777" w:rsidR="00F16BAE" w:rsidRDefault="00821AE6">
            <w:r>
              <w:rPr>
                <w:sz w:val="12"/>
              </w:rPr>
              <w:t>IV.</w:t>
            </w:r>
          </w:p>
        </w:tc>
        <w:tc>
          <w:tcPr>
            <w:tcW w:w="1054" w:type="dxa"/>
            <w:vAlign w:val="center"/>
          </w:tcPr>
          <w:p w14:paraId="418CDDFA" w14:textId="77777777" w:rsidR="00F16BAE" w:rsidRDefault="00821AE6">
            <w:r>
              <w:rPr>
                <w:sz w:val="12"/>
              </w:rPr>
              <w:t>24</w:t>
            </w:r>
          </w:p>
        </w:tc>
        <w:tc>
          <w:tcPr>
            <w:tcW w:w="1054" w:type="dxa"/>
            <w:vAlign w:val="center"/>
          </w:tcPr>
          <w:p w14:paraId="542CA86B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50460097" w14:textId="77777777" w:rsidR="00F16BAE" w:rsidRDefault="00821AE6">
            <w:proofErr w:type="spellStart"/>
            <w:r>
              <w:rPr>
                <w:sz w:val="12"/>
              </w:rPr>
              <w:t>Banskobystrický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28917407" w14:textId="77777777" w:rsidR="00F16BAE" w:rsidRDefault="00821AE6">
            <w:proofErr w:type="spellStart"/>
            <w:r>
              <w:rPr>
                <w:sz w:val="12"/>
              </w:rPr>
              <w:t>Juhoslovenská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Žiarska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Zvolenská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kotlina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Hron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Banská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Bystrica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Zvolen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Brezno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6F1CFBD8" w14:textId="77777777" w:rsidR="00F16BAE" w:rsidRDefault="00821AE6"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pomery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5F67C5D" w14:textId="77777777" w:rsidR="00F16BAE" w:rsidRDefault="00821AE6">
            <w:proofErr w:type="spellStart"/>
            <w:r>
              <w:rPr>
                <w:sz w:val="12"/>
              </w:rPr>
              <w:t>skupinová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  <w:tc>
          <w:tcPr>
            <w:tcW w:w="1054" w:type="dxa"/>
            <w:vAlign w:val="center"/>
          </w:tcPr>
          <w:p w14:paraId="1C0DCF08" w14:textId="77777777" w:rsidR="00F16BAE" w:rsidRDefault="00821AE6">
            <w:r>
              <w:rPr>
                <w:sz w:val="12"/>
              </w:rPr>
              <w:t>REG; ENV</w:t>
            </w:r>
          </w:p>
        </w:tc>
        <w:tc>
          <w:tcPr>
            <w:tcW w:w="1054" w:type="dxa"/>
            <w:vAlign w:val="center"/>
          </w:tcPr>
          <w:p w14:paraId="58CC382D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  <w:tc>
          <w:tcPr>
            <w:tcW w:w="1054" w:type="dxa"/>
            <w:vAlign w:val="center"/>
          </w:tcPr>
          <w:p w14:paraId="2D94011F" w14:textId="77777777" w:rsidR="00F16BAE" w:rsidRDefault="00821AE6">
            <w:proofErr w:type="spellStart"/>
            <w:r>
              <w:rPr>
                <w:sz w:val="12"/>
              </w:rPr>
              <w:t>aktivita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</w:tr>
      <w:tr w:rsidR="00F16BAE" w14:paraId="71C380B2" w14:textId="77777777">
        <w:tc>
          <w:tcPr>
            <w:tcW w:w="1054" w:type="dxa"/>
            <w:vAlign w:val="center"/>
          </w:tcPr>
          <w:p w14:paraId="55490DDA" w14:textId="77777777" w:rsidR="00F16BAE" w:rsidRDefault="00821AE6">
            <w:r>
              <w:rPr>
                <w:sz w:val="12"/>
              </w:rPr>
              <w:t>IV.</w:t>
            </w:r>
          </w:p>
        </w:tc>
        <w:tc>
          <w:tcPr>
            <w:tcW w:w="1054" w:type="dxa"/>
            <w:vAlign w:val="center"/>
          </w:tcPr>
          <w:p w14:paraId="6EA53A5C" w14:textId="77777777" w:rsidR="00F16BAE" w:rsidRDefault="00821AE6">
            <w:r>
              <w:rPr>
                <w:sz w:val="12"/>
              </w:rPr>
              <w:t>25</w:t>
            </w:r>
          </w:p>
        </w:tc>
        <w:tc>
          <w:tcPr>
            <w:tcW w:w="1054" w:type="dxa"/>
            <w:vAlign w:val="center"/>
          </w:tcPr>
          <w:p w14:paraId="53BCD747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0E9BA260" w14:textId="77777777" w:rsidR="00F16BAE" w:rsidRDefault="00821AE6">
            <w:proofErr w:type="spellStart"/>
            <w:r>
              <w:rPr>
                <w:sz w:val="12"/>
              </w:rPr>
              <w:t>Košický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03B0FFB7" w14:textId="77777777" w:rsidR="00F16BAE" w:rsidRDefault="00821AE6">
            <w:proofErr w:type="spellStart"/>
            <w:r>
              <w:rPr>
                <w:sz w:val="12"/>
              </w:rPr>
              <w:t>Košická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Rožňavská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kotlina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Vihorlat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Hornád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Slovenský</w:t>
            </w:r>
            <w:proofErr w:type="spellEnd"/>
            <w:r>
              <w:rPr>
                <w:sz w:val="12"/>
              </w:rPr>
              <w:t xml:space="preserve"> raj, </w:t>
            </w:r>
            <w:proofErr w:type="spellStart"/>
            <w:r>
              <w:rPr>
                <w:sz w:val="12"/>
              </w:rPr>
              <w:t>Košice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Rožňava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Michalovce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84EC3DB" w14:textId="77777777" w:rsidR="00F16BAE" w:rsidRDefault="00821AE6"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významné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objekty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vysvetlí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osobitosti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0BC8120" w14:textId="77777777" w:rsidR="00F16BAE" w:rsidRDefault="00821AE6"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komparácia</w:t>
            </w:r>
            <w:proofErr w:type="spellEnd"/>
          </w:p>
        </w:tc>
        <w:tc>
          <w:tcPr>
            <w:tcW w:w="1054" w:type="dxa"/>
            <w:vAlign w:val="center"/>
          </w:tcPr>
          <w:p w14:paraId="1AB276ED" w14:textId="77777777" w:rsidR="00F16BAE" w:rsidRDefault="00821AE6">
            <w:r>
              <w:rPr>
                <w:sz w:val="12"/>
              </w:rPr>
              <w:t>REG; FIG</w:t>
            </w:r>
          </w:p>
        </w:tc>
        <w:tc>
          <w:tcPr>
            <w:tcW w:w="1054" w:type="dxa"/>
            <w:vAlign w:val="center"/>
          </w:tcPr>
          <w:p w14:paraId="4B8934D1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tematické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mapy</w:t>
            </w:r>
            <w:proofErr w:type="spellEnd"/>
          </w:p>
        </w:tc>
        <w:tc>
          <w:tcPr>
            <w:tcW w:w="1054" w:type="dxa"/>
            <w:vAlign w:val="center"/>
          </w:tcPr>
          <w:p w14:paraId="69BC2425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7F074699" w14:textId="77777777">
        <w:tc>
          <w:tcPr>
            <w:tcW w:w="1054" w:type="dxa"/>
            <w:vAlign w:val="center"/>
          </w:tcPr>
          <w:p w14:paraId="742D2406" w14:textId="77777777" w:rsidR="00F16BAE" w:rsidRDefault="00821AE6">
            <w:r>
              <w:rPr>
                <w:sz w:val="12"/>
              </w:rPr>
              <w:t>IV.</w:t>
            </w:r>
          </w:p>
        </w:tc>
        <w:tc>
          <w:tcPr>
            <w:tcW w:w="1054" w:type="dxa"/>
            <w:vAlign w:val="center"/>
          </w:tcPr>
          <w:p w14:paraId="02CBE1A9" w14:textId="77777777" w:rsidR="00F16BAE" w:rsidRDefault="00821AE6">
            <w:r>
              <w:rPr>
                <w:sz w:val="12"/>
              </w:rPr>
              <w:t>26</w:t>
            </w:r>
          </w:p>
        </w:tc>
        <w:tc>
          <w:tcPr>
            <w:tcW w:w="1054" w:type="dxa"/>
            <w:vAlign w:val="center"/>
          </w:tcPr>
          <w:p w14:paraId="629CBE06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3232DDC6" w14:textId="77777777" w:rsidR="00F16BAE" w:rsidRDefault="00821AE6">
            <w:proofErr w:type="spellStart"/>
            <w:r>
              <w:rPr>
                <w:sz w:val="12"/>
              </w:rPr>
              <w:t>Prešovský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</w:p>
        </w:tc>
        <w:tc>
          <w:tcPr>
            <w:tcW w:w="1054" w:type="dxa"/>
            <w:vAlign w:val="center"/>
          </w:tcPr>
          <w:p w14:paraId="6472CD7E" w14:textId="77777777" w:rsidR="00F16BAE" w:rsidRDefault="00821AE6"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Nízke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Tatry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Pieniny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Slanské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vrchy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Laborec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Poprad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Dunajec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Prešov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Poprad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Bardejov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Humenné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23424F70" w14:textId="77777777" w:rsidR="00F16BAE" w:rsidRDefault="00821AE6">
            <w:proofErr w:type="spellStart"/>
            <w:r>
              <w:rPr>
                <w:sz w:val="12"/>
              </w:rPr>
              <w:t>charakterizuje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zhodnotí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možnosti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cestovného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ruchu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1EE4E69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mapou; </w:t>
            </w:r>
            <w:proofErr w:type="spellStart"/>
            <w:r>
              <w:rPr>
                <w:sz w:val="12"/>
              </w:rPr>
              <w:t>projektová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úloha</w:t>
            </w:r>
            <w:proofErr w:type="spellEnd"/>
          </w:p>
        </w:tc>
        <w:tc>
          <w:tcPr>
            <w:tcW w:w="1054" w:type="dxa"/>
            <w:vAlign w:val="center"/>
          </w:tcPr>
          <w:p w14:paraId="6E42DA00" w14:textId="77777777" w:rsidR="00F16BAE" w:rsidRDefault="00821AE6">
            <w:r>
              <w:rPr>
                <w:sz w:val="12"/>
              </w:rPr>
              <w:t>REG; ENV; FIG</w:t>
            </w:r>
          </w:p>
        </w:tc>
        <w:tc>
          <w:tcPr>
            <w:tcW w:w="1054" w:type="dxa"/>
            <w:vAlign w:val="center"/>
          </w:tcPr>
          <w:p w14:paraId="15B21343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fotografie</w:t>
            </w:r>
            <w:proofErr w:type="spellEnd"/>
          </w:p>
        </w:tc>
        <w:tc>
          <w:tcPr>
            <w:tcW w:w="1054" w:type="dxa"/>
            <w:vAlign w:val="center"/>
          </w:tcPr>
          <w:p w14:paraId="6B999C1F" w14:textId="77777777" w:rsidR="00F16BAE" w:rsidRDefault="00821AE6"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</w:tr>
      <w:tr w:rsidR="00F16BAE" w14:paraId="5FA2E546" w14:textId="77777777">
        <w:tc>
          <w:tcPr>
            <w:tcW w:w="1054" w:type="dxa"/>
            <w:vAlign w:val="center"/>
          </w:tcPr>
          <w:p w14:paraId="552C46CE" w14:textId="77777777" w:rsidR="00F16BAE" w:rsidRDefault="00821AE6">
            <w:r>
              <w:rPr>
                <w:sz w:val="12"/>
              </w:rPr>
              <w:lastRenderedPageBreak/>
              <w:t>V.</w:t>
            </w:r>
          </w:p>
        </w:tc>
        <w:tc>
          <w:tcPr>
            <w:tcW w:w="1054" w:type="dxa"/>
            <w:vAlign w:val="center"/>
          </w:tcPr>
          <w:p w14:paraId="1EA523FB" w14:textId="77777777" w:rsidR="00F16BAE" w:rsidRDefault="00821AE6">
            <w:r>
              <w:rPr>
                <w:sz w:val="12"/>
              </w:rPr>
              <w:t>27</w:t>
            </w:r>
          </w:p>
        </w:tc>
        <w:tc>
          <w:tcPr>
            <w:tcW w:w="1054" w:type="dxa"/>
            <w:vAlign w:val="center"/>
          </w:tcPr>
          <w:p w14:paraId="4062112D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0D39BFA5" w14:textId="77777777" w:rsidR="00F16BAE" w:rsidRDefault="00821AE6">
            <w:proofErr w:type="spellStart"/>
            <w:r>
              <w:rPr>
                <w:sz w:val="12"/>
              </w:rPr>
              <w:t>Regionálne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rozdiely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7B79DDAD" w14:textId="77777777" w:rsidR="00F16BAE" w:rsidRDefault="00821AE6">
            <w:proofErr w:type="spellStart"/>
            <w:r>
              <w:rPr>
                <w:sz w:val="12"/>
              </w:rPr>
              <w:t>západné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stredné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východné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Slovensko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hospodárske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rozdiely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D3A33A8" w14:textId="77777777" w:rsidR="00F16BAE" w:rsidRDefault="00821AE6">
            <w:proofErr w:type="spellStart"/>
            <w:r>
              <w:rPr>
                <w:sz w:val="12"/>
              </w:rPr>
              <w:t>porovná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uvedie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spoločné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rozdielne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črty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CDC669C" w14:textId="77777777" w:rsidR="00F16BAE" w:rsidRDefault="00821AE6">
            <w:proofErr w:type="spellStart"/>
            <w:r>
              <w:rPr>
                <w:sz w:val="12"/>
              </w:rPr>
              <w:t>komparácia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grafy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  <w:tc>
          <w:tcPr>
            <w:tcW w:w="1054" w:type="dxa"/>
            <w:vAlign w:val="center"/>
          </w:tcPr>
          <w:p w14:paraId="7E593972" w14:textId="77777777" w:rsidR="00F16BAE" w:rsidRDefault="00821AE6">
            <w:r>
              <w:rPr>
                <w:sz w:val="12"/>
              </w:rPr>
              <w:t>REG; FIG; ČIG</w:t>
            </w:r>
          </w:p>
        </w:tc>
        <w:tc>
          <w:tcPr>
            <w:tcW w:w="1054" w:type="dxa"/>
            <w:vAlign w:val="center"/>
          </w:tcPr>
          <w:p w14:paraId="3FFDD542" w14:textId="77777777" w:rsidR="00F16BAE" w:rsidRDefault="00821AE6"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grafy</w:t>
            </w:r>
            <w:proofErr w:type="spellEnd"/>
          </w:p>
        </w:tc>
        <w:tc>
          <w:tcPr>
            <w:tcW w:w="1054" w:type="dxa"/>
            <w:vAlign w:val="center"/>
          </w:tcPr>
          <w:p w14:paraId="07EB0EC9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diskusia</w:t>
            </w:r>
            <w:proofErr w:type="spellEnd"/>
          </w:p>
        </w:tc>
      </w:tr>
      <w:tr w:rsidR="00F16BAE" w14:paraId="173AE8A4" w14:textId="77777777">
        <w:tc>
          <w:tcPr>
            <w:tcW w:w="1054" w:type="dxa"/>
            <w:vAlign w:val="center"/>
          </w:tcPr>
          <w:p w14:paraId="07428760" w14:textId="77777777" w:rsidR="00F16BAE" w:rsidRDefault="00821AE6">
            <w:r>
              <w:rPr>
                <w:sz w:val="12"/>
              </w:rPr>
              <w:t>V.</w:t>
            </w:r>
          </w:p>
        </w:tc>
        <w:tc>
          <w:tcPr>
            <w:tcW w:w="1054" w:type="dxa"/>
            <w:vAlign w:val="center"/>
          </w:tcPr>
          <w:p w14:paraId="1E50124B" w14:textId="77777777" w:rsidR="00F16BAE" w:rsidRDefault="00821AE6">
            <w:r>
              <w:rPr>
                <w:sz w:val="12"/>
              </w:rPr>
              <w:t>28</w:t>
            </w:r>
          </w:p>
        </w:tc>
        <w:tc>
          <w:tcPr>
            <w:tcW w:w="1054" w:type="dxa"/>
            <w:vAlign w:val="center"/>
          </w:tcPr>
          <w:p w14:paraId="00DA855E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5A3B0A83" w14:textId="77777777" w:rsidR="00F16BAE" w:rsidRDefault="00821AE6">
            <w:r>
              <w:rPr>
                <w:sz w:val="12"/>
              </w:rPr>
              <w:t xml:space="preserve">Tri </w:t>
            </w:r>
            <w:proofErr w:type="spellStart"/>
            <w:r>
              <w:rPr>
                <w:sz w:val="12"/>
              </w:rPr>
              <w:t>najväčšie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kraje</w:t>
            </w:r>
            <w:proofErr w:type="spellEnd"/>
          </w:p>
        </w:tc>
        <w:tc>
          <w:tcPr>
            <w:tcW w:w="1054" w:type="dxa"/>
            <w:vAlign w:val="center"/>
          </w:tcPr>
          <w:p w14:paraId="260F399B" w14:textId="77777777" w:rsidR="00F16BAE" w:rsidRDefault="00821AE6">
            <w:proofErr w:type="spellStart"/>
            <w:r>
              <w:rPr>
                <w:sz w:val="12"/>
              </w:rPr>
              <w:t>rozloha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počet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obyvateľov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krajov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121B179" w14:textId="77777777" w:rsidR="00F16BAE" w:rsidRDefault="00821AE6">
            <w:proofErr w:type="spellStart"/>
            <w:r>
              <w:rPr>
                <w:sz w:val="12"/>
              </w:rPr>
              <w:t>usporiada</w:t>
            </w:r>
            <w:proofErr w:type="spellEnd"/>
            <w:r>
              <w:rPr>
                <w:sz w:val="12"/>
              </w:rPr>
              <w:t xml:space="preserve"> tri </w:t>
            </w:r>
            <w:proofErr w:type="spellStart"/>
            <w:r>
              <w:rPr>
                <w:sz w:val="12"/>
              </w:rPr>
              <w:t>najväčšie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kraje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podľa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rozlohy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počtu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obyvateľov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4A23157" w14:textId="77777777" w:rsidR="00F16BAE" w:rsidRDefault="00821AE6">
            <w:proofErr w:type="spellStart"/>
            <w:r>
              <w:rPr>
                <w:sz w:val="12"/>
              </w:rPr>
              <w:t>práca</w:t>
            </w:r>
            <w:proofErr w:type="spellEnd"/>
            <w:r>
              <w:rPr>
                <w:sz w:val="12"/>
              </w:rPr>
              <w:t xml:space="preserve"> s </w:t>
            </w:r>
            <w:proofErr w:type="spellStart"/>
            <w:r>
              <w:rPr>
                <w:sz w:val="12"/>
              </w:rPr>
              <w:t>dátami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tabuľka</w:t>
            </w:r>
            <w:proofErr w:type="spellEnd"/>
          </w:p>
        </w:tc>
        <w:tc>
          <w:tcPr>
            <w:tcW w:w="1054" w:type="dxa"/>
            <w:vAlign w:val="center"/>
          </w:tcPr>
          <w:p w14:paraId="0D4BD443" w14:textId="77777777" w:rsidR="00F16BAE" w:rsidRDefault="00821AE6">
            <w:r>
              <w:rPr>
                <w:sz w:val="12"/>
              </w:rPr>
              <w:t>ČIG; FIG</w:t>
            </w:r>
          </w:p>
        </w:tc>
        <w:tc>
          <w:tcPr>
            <w:tcW w:w="1054" w:type="dxa"/>
            <w:vAlign w:val="center"/>
          </w:tcPr>
          <w:p w14:paraId="311AD958" w14:textId="77777777" w:rsidR="00F16BAE" w:rsidRDefault="00821AE6">
            <w:proofErr w:type="spellStart"/>
            <w:r>
              <w:rPr>
                <w:sz w:val="12"/>
              </w:rPr>
              <w:t>štatistiky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tabuľka</w:t>
            </w:r>
            <w:proofErr w:type="spellEnd"/>
          </w:p>
        </w:tc>
        <w:tc>
          <w:tcPr>
            <w:tcW w:w="1054" w:type="dxa"/>
            <w:vAlign w:val="center"/>
          </w:tcPr>
          <w:p w14:paraId="6E10D7FD" w14:textId="77777777" w:rsidR="00F16BAE" w:rsidRDefault="00821AE6">
            <w:proofErr w:type="spellStart"/>
            <w:r>
              <w:rPr>
                <w:sz w:val="12"/>
              </w:rPr>
              <w:t>pracovný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</w:tr>
      <w:tr w:rsidR="00F16BAE" w14:paraId="492DD6A6" w14:textId="77777777">
        <w:tc>
          <w:tcPr>
            <w:tcW w:w="1054" w:type="dxa"/>
            <w:vAlign w:val="center"/>
          </w:tcPr>
          <w:p w14:paraId="49FBAC6D" w14:textId="77777777" w:rsidR="00F16BAE" w:rsidRDefault="00821AE6">
            <w:r>
              <w:rPr>
                <w:sz w:val="12"/>
              </w:rPr>
              <w:t>V.</w:t>
            </w:r>
          </w:p>
        </w:tc>
        <w:tc>
          <w:tcPr>
            <w:tcW w:w="1054" w:type="dxa"/>
            <w:vAlign w:val="center"/>
          </w:tcPr>
          <w:p w14:paraId="5712AB10" w14:textId="77777777" w:rsidR="00F16BAE" w:rsidRDefault="00821AE6">
            <w:r>
              <w:rPr>
                <w:sz w:val="12"/>
              </w:rPr>
              <w:t>29</w:t>
            </w:r>
          </w:p>
        </w:tc>
        <w:tc>
          <w:tcPr>
            <w:tcW w:w="1054" w:type="dxa"/>
            <w:vAlign w:val="center"/>
          </w:tcPr>
          <w:p w14:paraId="02395A03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6D3EC65B" w14:textId="77777777" w:rsidR="00F16BAE" w:rsidRDefault="00821AE6">
            <w:r>
              <w:rPr>
                <w:sz w:val="12"/>
              </w:rPr>
              <w:t xml:space="preserve">UNESCO a </w:t>
            </w:r>
            <w:proofErr w:type="spellStart"/>
            <w:r>
              <w:rPr>
                <w:sz w:val="12"/>
              </w:rPr>
              <w:t>kultúrne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dedičstvo</w:t>
            </w:r>
            <w:proofErr w:type="spellEnd"/>
          </w:p>
        </w:tc>
        <w:tc>
          <w:tcPr>
            <w:tcW w:w="1054" w:type="dxa"/>
            <w:vAlign w:val="center"/>
          </w:tcPr>
          <w:p w14:paraId="1C4C83C7" w14:textId="77777777" w:rsidR="00F16BAE" w:rsidRDefault="00821AE6">
            <w:proofErr w:type="spellStart"/>
            <w:r>
              <w:rPr>
                <w:sz w:val="12"/>
              </w:rPr>
              <w:t>vybrané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kultúrne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pamiatky</w:t>
            </w:r>
            <w:proofErr w:type="spellEnd"/>
            <w:r>
              <w:rPr>
                <w:sz w:val="12"/>
              </w:rPr>
              <w:t xml:space="preserve"> UNESCO.</w:t>
            </w:r>
          </w:p>
        </w:tc>
        <w:tc>
          <w:tcPr>
            <w:tcW w:w="1054" w:type="dxa"/>
            <w:vAlign w:val="center"/>
          </w:tcPr>
          <w:p w14:paraId="3E68374B" w14:textId="77777777" w:rsidR="00F16BAE" w:rsidRDefault="00821AE6">
            <w:proofErr w:type="spellStart"/>
            <w:r>
              <w:rPr>
                <w:sz w:val="12"/>
              </w:rPr>
              <w:t>zdôvodní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zaradenie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piatich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pamiatok</w:t>
            </w:r>
            <w:proofErr w:type="spellEnd"/>
            <w:r>
              <w:rPr>
                <w:sz w:val="12"/>
              </w:rPr>
              <w:t xml:space="preserve"> do </w:t>
            </w:r>
            <w:proofErr w:type="spellStart"/>
            <w:r>
              <w:rPr>
                <w:sz w:val="12"/>
              </w:rPr>
              <w:t>zoznamu</w:t>
            </w:r>
            <w:proofErr w:type="spellEnd"/>
            <w:r>
              <w:rPr>
                <w:sz w:val="12"/>
              </w:rPr>
              <w:t xml:space="preserve"> UNESCO a </w:t>
            </w:r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 ich.</w:t>
            </w:r>
          </w:p>
        </w:tc>
        <w:tc>
          <w:tcPr>
            <w:tcW w:w="1054" w:type="dxa"/>
            <w:vAlign w:val="center"/>
          </w:tcPr>
          <w:p w14:paraId="3F1E1575" w14:textId="77777777" w:rsidR="00F16BAE" w:rsidRDefault="00821AE6">
            <w:proofErr w:type="spellStart"/>
            <w:r>
              <w:rPr>
                <w:sz w:val="12"/>
              </w:rPr>
              <w:t>projektová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metóda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  <w:tc>
          <w:tcPr>
            <w:tcW w:w="1054" w:type="dxa"/>
            <w:vAlign w:val="center"/>
          </w:tcPr>
          <w:p w14:paraId="002A01D9" w14:textId="77777777" w:rsidR="00F16BAE" w:rsidRDefault="00821AE6">
            <w:r>
              <w:rPr>
                <w:sz w:val="12"/>
              </w:rPr>
              <w:t>MUV; REG; MEV</w:t>
            </w:r>
          </w:p>
        </w:tc>
        <w:tc>
          <w:tcPr>
            <w:tcW w:w="1054" w:type="dxa"/>
            <w:vAlign w:val="center"/>
          </w:tcPr>
          <w:p w14:paraId="66959B3A" w14:textId="77777777" w:rsidR="00F16BAE" w:rsidRDefault="00821AE6">
            <w:r>
              <w:rPr>
                <w:sz w:val="12"/>
              </w:rPr>
              <w:t xml:space="preserve">atlas; internet; </w:t>
            </w:r>
            <w:proofErr w:type="spellStart"/>
            <w:r>
              <w:rPr>
                <w:sz w:val="12"/>
              </w:rPr>
              <w:t>prezentácie</w:t>
            </w:r>
            <w:proofErr w:type="spellEnd"/>
          </w:p>
        </w:tc>
        <w:tc>
          <w:tcPr>
            <w:tcW w:w="1054" w:type="dxa"/>
            <w:vAlign w:val="center"/>
          </w:tcPr>
          <w:p w14:paraId="1470DF29" w14:textId="77777777" w:rsidR="00F16BAE" w:rsidRDefault="00821AE6"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</w:tr>
      <w:tr w:rsidR="00F16BAE" w14:paraId="468447A7" w14:textId="77777777">
        <w:tc>
          <w:tcPr>
            <w:tcW w:w="1054" w:type="dxa"/>
            <w:vAlign w:val="center"/>
          </w:tcPr>
          <w:p w14:paraId="7E908554" w14:textId="77777777" w:rsidR="00F16BAE" w:rsidRDefault="00821AE6">
            <w:r>
              <w:rPr>
                <w:sz w:val="12"/>
              </w:rPr>
              <w:t>VI.</w:t>
            </w:r>
          </w:p>
        </w:tc>
        <w:tc>
          <w:tcPr>
            <w:tcW w:w="1054" w:type="dxa"/>
            <w:vAlign w:val="center"/>
          </w:tcPr>
          <w:p w14:paraId="0957DE5B" w14:textId="77777777" w:rsidR="00F16BAE" w:rsidRDefault="00821AE6">
            <w:r>
              <w:rPr>
                <w:sz w:val="12"/>
              </w:rPr>
              <w:t>30</w:t>
            </w:r>
          </w:p>
        </w:tc>
        <w:tc>
          <w:tcPr>
            <w:tcW w:w="1054" w:type="dxa"/>
            <w:vAlign w:val="center"/>
          </w:tcPr>
          <w:p w14:paraId="0AF9FFD6" w14:textId="77777777" w:rsidR="00F16BAE" w:rsidRDefault="00821AE6">
            <w:proofErr w:type="spellStart"/>
            <w:r>
              <w:rPr>
                <w:sz w:val="12"/>
              </w:rPr>
              <w:t>Regióny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</w:p>
        </w:tc>
        <w:tc>
          <w:tcPr>
            <w:tcW w:w="1054" w:type="dxa"/>
            <w:vAlign w:val="center"/>
          </w:tcPr>
          <w:p w14:paraId="33D85FC1" w14:textId="77777777" w:rsidR="00F16BAE" w:rsidRDefault="00821AE6">
            <w:proofErr w:type="spellStart"/>
            <w:r>
              <w:rPr>
                <w:sz w:val="12"/>
              </w:rPr>
              <w:t>Možnosti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rozvoja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regiónov</w:t>
            </w:r>
            <w:proofErr w:type="spellEnd"/>
          </w:p>
        </w:tc>
        <w:tc>
          <w:tcPr>
            <w:tcW w:w="1054" w:type="dxa"/>
            <w:vAlign w:val="center"/>
          </w:tcPr>
          <w:p w14:paraId="0EDE2CA2" w14:textId="77777777" w:rsidR="00F16BAE" w:rsidRDefault="00821AE6">
            <w:proofErr w:type="spellStart"/>
            <w:r>
              <w:rPr>
                <w:sz w:val="12"/>
              </w:rPr>
              <w:t>prírodné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zdroje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cestovný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ruch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priemysel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služby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regionálny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rozvoj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C62FB32" w14:textId="77777777" w:rsidR="00F16BAE" w:rsidRDefault="00821AE6">
            <w:proofErr w:type="spellStart"/>
            <w:r>
              <w:rPr>
                <w:sz w:val="12"/>
              </w:rPr>
              <w:t>navrhne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možnosti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rozvoja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vybraného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regiónu</w:t>
            </w:r>
            <w:proofErr w:type="spellEnd"/>
            <w:r>
              <w:rPr>
                <w:sz w:val="12"/>
              </w:rPr>
              <w:t xml:space="preserve"> s </w:t>
            </w:r>
            <w:proofErr w:type="spellStart"/>
            <w:r>
              <w:rPr>
                <w:sz w:val="12"/>
              </w:rPr>
              <w:t>ohľadom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na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udržateľnosť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C4B9DC7" w14:textId="77777777" w:rsidR="00F16BAE" w:rsidRDefault="00821AE6">
            <w:proofErr w:type="spellStart"/>
            <w:r>
              <w:rPr>
                <w:sz w:val="12"/>
              </w:rPr>
              <w:t>problémové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vyučovanie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skupinová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</w:p>
        </w:tc>
        <w:tc>
          <w:tcPr>
            <w:tcW w:w="1054" w:type="dxa"/>
            <w:vAlign w:val="center"/>
          </w:tcPr>
          <w:p w14:paraId="7BF0DBCB" w14:textId="77777777" w:rsidR="00F16BAE" w:rsidRDefault="00821AE6">
            <w:r>
              <w:rPr>
                <w:sz w:val="12"/>
              </w:rPr>
              <w:t>ENV; FIG; REG</w:t>
            </w:r>
          </w:p>
        </w:tc>
        <w:tc>
          <w:tcPr>
            <w:tcW w:w="1054" w:type="dxa"/>
            <w:vAlign w:val="center"/>
          </w:tcPr>
          <w:p w14:paraId="622CE85D" w14:textId="77777777" w:rsidR="00F16BAE" w:rsidRDefault="00821AE6">
            <w:proofErr w:type="spellStart"/>
            <w:r>
              <w:rPr>
                <w:sz w:val="12"/>
              </w:rPr>
              <w:t>mapy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dáta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digitálne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zdroje</w:t>
            </w:r>
            <w:proofErr w:type="spellEnd"/>
          </w:p>
        </w:tc>
        <w:tc>
          <w:tcPr>
            <w:tcW w:w="1054" w:type="dxa"/>
            <w:vAlign w:val="center"/>
          </w:tcPr>
          <w:p w14:paraId="6FDB2E18" w14:textId="77777777" w:rsidR="00F16BAE" w:rsidRDefault="00821AE6">
            <w:proofErr w:type="spellStart"/>
            <w:r>
              <w:rPr>
                <w:sz w:val="12"/>
              </w:rPr>
              <w:t>skupinová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práca</w:t>
            </w:r>
            <w:proofErr w:type="spellEnd"/>
          </w:p>
        </w:tc>
      </w:tr>
      <w:tr w:rsidR="00F16BAE" w14:paraId="5153506F" w14:textId="77777777">
        <w:tc>
          <w:tcPr>
            <w:tcW w:w="1054" w:type="dxa"/>
            <w:vAlign w:val="center"/>
          </w:tcPr>
          <w:p w14:paraId="5BBDB219" w14:textId="77777777" w:rsidR="00F16BAE" w:rsidRDefault="00821AE6">
            <w:r>
              <w:rPr>
                <w:sz w:val="12"/>
              </w:rPr>
              <w:t>VI.</w:t>
            </w:r>
          </w:p>
        </w:tc>
        <w:tc>
          <w:tcPr>
            <w:tcW w:w="1054" w:type="dxa"/>
            <w:vAlign w:val="center"/>
          </w:tcPr>
          <w:p w14:paraId="17666085" w14:textId="77777777" w:rsidR="00F16BAE" w:rsidRDefault="00821AE6">
            <w:r>
              <w:rPr>
                <w:sz w:val="12"/>
              </w:rPr>
              <w:t>31</w:t>
            </w:r>
          </w:p>
        </w:tc>
        <w:tc>
          <w:tcPr>
            <w:tcW w:w="1054" w:type="dxa"/>
            <w:vAlign w:val="center"/>
          </w:tcPr>
          <w:p w14:paraId="4D919652" w14:textId="77777777" w:rsidR="00F16BAE" w:rsidRDefault="00821AE6">
            <w:proofErr w:type="spellStart"/>
            <w:r>
              <w:rPr>
                <w:sz w:val="12"/>
              </w:rPr>
              <w:t>Zhrnutie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hodnotenie</w:t>
            </w:r>
            <w:proofErr w:type="spellEnd"/>
          </w:p>
        </w:tc>
        <w:tc>
          <w:tcPr>
            <w:tcW w:w="1054" w:type="dxa"/>
            <w:vAlign w:val="center"/>
          </w:tcPr>
          <w:p w14:paraId="6540B6FB" w14:textId="77777777" w:rsidR="00F16BAE" w:rsidRDefault="00821AE6">
            <w:proofErr w:type="spellStart"/>
            <w:r>
              <w:rPr>
                <w:sz w:val="12"/>
              </w:rPr>
              <w:t>Slovensko</w:t>
            </w:r>
            <w:proofErr w:type="spellEnd"/>
            <w:r>
              <w:rPr>
                <w:sz w:val="12"/>
              </w:rPr>
              <w:t xml:space="preserve"> – </w:t>
            </w:r>
            <w:proofErr w:type="spellStart"/>
            <w:r>
              <w:rPr>
                <w:sz w:val="12"/>
              </w:rPr>
              <w:t>naša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domovina</w:t>
            </w:r>
            <w:proofErr w:type="spellEnd"/>
            <w:r>
              <w:rPr>
                <w:sz w:val="12"/>
              </w:rPr>
              <w:t xml:space="preserve">: </w:t>
            </w:r>
            <w:proofErr w:type="spellStart"/>
            <w:r>
              <w:rPr>
                <w:sz w:val="12"/>
              </w:rPr>
              <w:t>projekt</w:t>
            </w:r>
            <w:proofErr w:type="spellEnd"/>
          </w:p>
        </w:tc>
        <w:tc>
          <w:tcPr>
            <w:tcW w:w="1054" w:type="dxa"/>
            <w:vAlign w:val="center"/>
          </w:tcPr>
          <w:p w14:paraId="7EB8AA4C" w14:textId="77777777" w:rsidR="00F16BAE" w:rsidRDefault="00821AE6">
            <w:proofErr w:type="spellStart"/>
            <w:r>
              <w:rPr>
                <w:sz w:val="12"/>
              </w:rPr>
              <w:t>komplexné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poznatky</w:t>
            </w:r>
            <w:proofErr w:type="spellEnd"/>
            <w:r>
              <w:rPr>
                <w:sz w:val="12"/>
              </w:rPr>
              <w:t xml:space="preserve"> o </w:t>
            </w:r>
            <w:proofErr w:type="spellStart"/>
            <w:r>
              <w:rPr>
                <w:sz w:val="12"/>
              </w:rPr>
              <w:t>Slovensku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jeho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regiónoch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0D6A3420" w14:textId="77777777" w:rsidR="00F16BAE" w:rsidRDefault="00821AE6">
            <w:proofErr w:type="spellStart"/>
            <w:r>
              <w:rPr>
                <w:sz w:val="12"/>
              </w:rPr>
              <w:t>spracuje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prezentuje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 o </w:t>
            </w:r>
            <w:proofErr w:type="spellStart"/>
            <w:r>
              <w:rPr>
                <w:sz w:val="12"/>
              </w:rPr>
              <w:t>vybranom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regióne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alebo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probléme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3E5E75AF" w14:textId="77777777" w:rsidR="00F16BAE" w:rsidRDefault="00821AE6">
            <w:proofErr w:type="spellStart"/>
            <w:r>
              <w:rPr>
                <w:sz w:val="12"/>
              </w:rPr>
              <w:t>projektová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metóda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  <w:tc>
          <w:tcPr>
            <w:tcW w:w="1054" w:type="dxa"/>
            <w:vAlign w:val="center"/>
          </w:tcPr>
          <w:p w14:paraId="48D58E0B" w14:textId="77777777" w:rsidR="00F16BAE" w:rsidRDefault="00821AE6">
            <w:r>
              <w:rPr>
                <w:sz w:val="12"/>
              </w:rPr>
              <w:t>REG; MEV; IDG; AI</w:t>
            </w:r>
          </w:p>
        </w:tc>
        <w:tc>
          <w:tcPr>
            <w:tcW w:w="1054" w:type="dxa"/>
            <w:vAlign w:val="center"/>
          </w:tcPr>
          <w:p w14:paraId="43B7232C" w14:textId="77777777" w:rsidR="00F16BAE" w:rsidRDefault="00821AE6">
            <w:r>
              <w:rPr>
                <w:sz w:val="12"/>
              </w:rPr>
              <w:t xml:space="preserve">atlas; internet; </w:t>
            </w:r>
            <w:proofErr w:type="spellStart"/>
            <w:r>
              <w:rPr>
                <w:sz w:val="12"/>
              </w:rPr>
              <w:t>prezentácie</w:t>
            </w:r>
            <w:proofErr w:type="spellEnd"/>
          </w:p>
        </w:tc>
        <w:tc>
          <w:tcPr>
            <w:tcW w:w="1054" w:type="dxa"/>
            <w:vAlign w:val="center"/>
          </w:tcPr>
          <w:p w14:paraId="63CD2D64" w14:textId="77777777" w:rsidR="00F16BAE" w:rsidRDefault="00821AE6"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prezentácia</w:t>
            </w:r>
            <w:proofErr w:type="spellEnd"/>
          </w:p>
        </w:tc>
      </w:tr>
      <w:tr w:rsidR="00F16BAE" w14:paraId="4FA71477" w14:textId="77777777">
        <w:tc>
          <w:tcPr>
            <w:tcW w:w="1054" w:type="dxa"/>
            <w:vAlign w:val="center"/>
          </w:tcPr>
          <w:p w14:paraId="04419CE0" w14:textId="77777777" w:rsidR="00F16BAE" w:rsidRDefault="00821AE6">
            <w:r>
              <w:rPr>
                <w:sz w:val="12"/>
              </w:rPr>
              <w:t>VI.</w:t>
            </w:r>
          </w:p>
        </w:tc>
        <w:tc>
          <w:tcPr>
            <w:tcW w:w="1054" w:type="dxa"/>
            <w:vAlign w:val="center"/>
          </w:tcPr>
          <w:p w14:paraId="642BFC17" w14:textId="77777777" w:rsidR="00F16BAE" w:rsidRDefault="00821AE6">
            <w:r>
              <w:rPr>
                <w:sz w:val="12"/>
              </w:rPr>
              <w:t>32</w:t>
            </w:r>
          </w:p>
        </w:tc>
        <w:tc>
          <w:tcPr>
            <w:tcW w:w="1054" w:type="dxa"/>
            <w:vAlign w:val="center"/>
          </w:tcPr>
          <w:p w14:paraId="0672D979" w14:textId="77777777" w:rsidR="00F16BAE" w:rsidRDefault="00821AE6">
            <w:proofErr w:type="spellStart"/>
            <w:r>
              <w:rPr>
                <w:sz w:val="12"/>
              </w:rPr>
              <w:t>Zhrnutie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hodnotenie</w:t>
            </w:r>
            <w:proofErr w:type="spellEnd"/>
          </w:p>
        </w:tc>
        <w:tc>
          <w:tcPr>
            <w:tcW w:w="1054" w:type="dxa"/>
            <w:vAlign w:val="center"/>
          </w:tcPr>
          <w:p w14:paraId="7F0DA5A2" w14:textId="77777777" w:rsidR="00F16BAE" w:rsidRDefault="00821AE6">
            <w:proofErr w:type="spellStart"/>
            <w:r>
              <w:rPr>
                <w:sz w:val="12"/>
              </w:rPr>
              <w:t>Záverečné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opakovanie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overenie</w:t>
            </w:r>
            <w:proofErr w:type="spellEnd"/>
          </w:p>
        </w:tc>
        <w:tc>
          <w:tcPr>
            <w:tcW w:w="1054" w:type="dxa"/>
            <w:vAlign w:val="center"/>
          </w:tcPr>
          <w:p w14:paraId="49983E46" w14:textId="77777777" w:rsidR="00F16BAE" w:rsidRDefault="00821AE6">
            <w:proofErr w:type="spellStart"/>
            <w:r>
              <w:rPr>
                <w:sz w:val="12"/>
              </w:rPr>
              <w:t>súhrn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fyzickej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humánnej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geografie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Slovenska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7099D82C" w14:textId="77777777" w:rsidR="00F16BAE" w:rsidRDefault="00821AE6">
            <w:proofErr w:type="spellStart"/>
            <w:r>
              <w:rPr>
                <w:sz w:val="12"/>
              </w:rPr>
              <w:t>lokalizuje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vysvetľuje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porovnáva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pracuje</w:t>
            </w:r>
            <w:proofErr w:type="spellEnd"/>
            <w:r>
              <w:rPr>
                <w:sz w:val="12"/>
              </w:rPr>
              <w:t xml:space="preserve"> so </w:t>
            </w:r>
            <w:proofErr w:type="spellStart"/>
            <w:r>
              <w:rPr>
                <w:sz w:val="12"/>
              </w:rPr>
              <w:t>slepou</w:t>
            </w:r>
            <w:proofErr w:type="spellEnd"/>
            <w:r>
              <w:rPr>
                <w:sz w:val="12"/>
              </w:rPr>
              <w:t xml:space="preserve"> mapou.</w:t>
            </w:r>
          </w:p>
        </w:tc>
        <w:tc>
          <w:tcPr>
            <w:tcW w:w="1054" w:type="dxa"/>
            <w:vAlign w:val="center"/>
          </w:tcPr>
          <w:p w14:paraId="5906FA88" w14:textId="77777777" w:rsidR="00F16BAE" w:rsidRDefault="00821AE6">
            <w:proofErr w:type="spellStart"/>
            <w:r>
              <w:rPr>
                <w:sz w:val="12"/>
              </w:rPr>
              <w:t>opakovanie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mapové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hry</w:t>
            </w:r>
            <w:proofErr w:type="spellEnd"/>
            <w:r>
              <w:rPr>
                <w:sz w:val="12"/>
              </w:rPr>
              <w:t>; test</w:t>
            </w:r>
          </w:p>
        </w:tc>
        <w:tc>
          <w:tcPr>
            <w:tcW w:w="1054" w:type="dxa"/>
            <w:vAlign w:val="center"/>
          </w:tcPr>
          <w:p w14:paraId="7BC618A2" w14:textId="77777777" w:rsidR="00F16BAE" w:rsidRDefault="00821AE6">
            <w:r>
              <w:rPr>
                <w:sz w:val="12"/>
              </w:rPr>
              <w:t>ČIG; OSR</w:t>
            </w:r>
          </w:p>
        </w:tc>
        <w:tc>
          <w:tcPr>
            <w:tcW w:w="1054" w:type="dxa"/>
            <w:vAlign w:val="center"/>
          </w:tcPr>
          <w:p w14:paraId="79ABE7E6" w14:textId="77777777" w:rsidR="00F16BAE" w:rsidRDefault="00821AE6">
            <w:r>
              <w:rPr>
                <w:sz w:val="12"/>
              </w:rPr>
              <w:t xml:space="preserve">atlas; </w:t>
            </w:r>
            <w:proofErr w:type="spellStart"/>
            <w:r>
              <w:rPr>
                <w:sz w:val="12"/>
              </w:rPr>
              <w:t>slepá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mapa</w:t>
            </w:r>
            <w:proofErr w:type="spellEnd"/>
            <w:r>
              <w:rPr>
                <w:sz w:val="12"/>
              </w:rPr>
              <w:t>; test</w:t>
            </w:r>
          </w:p>
        </w:tc>
        <w:tc>
          <w:tcPr>
            <w:tcW w:w="1054" w:type="dxa"/>
            <w:vAlign w:val="center"/>
          </w:tcPr>
          <w:p w14:paraId="52EC55DE" w14:textId="77777777" w:rsidR="00F16BAE" w:rsidRDefault="00821AE6">
            <w:proofErr w:type="spellStart"/>
            <w:r>
              <w:rPr>
                <w:sz w:val="12"/>
              </w:rPr>
              <w:t>písomne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mapa</w:t>
            </w:r>
            <w:proofErr w:type="spellEnd"/>
          </w:p>
        </w:tc>
      </w:tr>
      <w:tr w:rsidR="00F16BAE" w14:paraId="0DA9AE12" w14:textId="77777777">
        <w:tc>
          <w:tcPr>
            <w:tcW w:w="1054" w:type="dxa"/>
            <w:vAlign w:val="center"/>
          </w:tcPr>
          <w:p w14:paraId="57C90BDF" w14:textId="77777777" w:rsidR="00F16BAE" w:rsidRDefault="00821AE6">
            <w:r>
              <w:rPr>
                <w:sz w:val="12"/>
              </w:rPr>
              <w:t>VI.</w:t>
            </w:r>
          </w:p>
        </w:tc>
        <w:tc>
          <w:tcPr>
            <w:tcW w:w="1054" w:type="dxa"/>
            <w:vAlign w:val="center"/>
          </w:tcPr>
          <w:p w14:paraId="56D94067" w14:textId="77777777" w:rsidR="00F16BAE" w:rsidRDefault="00821AE6">
            <w:r>
              <w:rPr>
                <w:sz w:val="12"/>
              </w:rPr>
              <w:t>33</w:t>
            </w:r>
          </w:p>
        </w:tc>
        <w:tc>
          <w:tcPr>
            <w:tcW w:w="1054" w:type="dxa"/>
            <w:vAlign w:val="center"/>
          </w:tcPr>
          <w:p w14:paraId="678899D0" w14:textId="77777777" w:rsidR="00F16BAE" w:rsidRDefault="00821AE6">
            <w:proofErr w:type="spellStart"/>
            <w:r>
              <w:rPr>
                <w:sz w:val="12"/>
              </w:rPr>
              <w:t>Zhrnutie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projekt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hodnotenie</w:t>
            </w:r>
            <w:proofErr w:type="spellEnd"/>
          </w:p>
        </w:tc>
        <w:tc>
          <w:tcPr>
            <w:tcW w:w="1054" w:type="dxa"/>
            <w:vAlign w:val="center"/>
          </w:tcPr>
          <w:p w14:paraId="7E81BE10" w14:textId="77777777" w:rsidR="00F16BAE" w:rsidRDefault="00821AE6">
            <w:proofErr w:type="spellStart"/>
            <w:r>
              <w:rPr>
                <w:sz w:val="12"/>
              </w:rPr>
              <w:t>Hodnotenie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klasifikácia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sebahodnotenie</w:t>
            </w:r>
            <w:proofErr w:type="spellEnd"/>
          </w:p>
        </w:tc>
        <w:tc>
          <w:tcPr>
            <w:tcW w:w="1054" w:type="dxa"/>
            <w:vAlign w:val="center"/>
          </w:tcPr>
          <w:p w14:paraId="52657588" w14:textId="77777777" w:rsidR="00F16BAE" w:rsidRDefault="00821AE6">
            <w:proofErr w:type="spellStart"/>
            <w:r>
              <w:rPr>
                <w:sz w:val="12"/>
              </w:rPr>
              <w:t>zhodnotenie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dosiahnutých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vedomostí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zručností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195AB6DA" w14:textId="77777777" w:rsidR="00F16BAE" w:rsidRDefault="00821AE6">
            <w:proofErr w:type="spellStart"/>
            <w:r>
              <w:rPr>
                <w:sz w:val="12"/>
              </w:rPr>
              <w:t>zhodnotí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vlastný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pokrok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pomenuje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svoje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silné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stránky</w:t>
            </w:r>
            <w:proofErr w:type="spellEnd"/>
            <w:r>
              <w:rPr>
                <w:sz w:val="12"/>
              </w:rPr>
              <w:t xml:space="preserve"> a </w:t>
            </w:r>
            <w:proofErr w:type="spellStart"/>
            <w:r>
              <w:rPr>
                <w:sz w:val="12"/>
              </w:rPr>
              <w:t>rezervy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054" w:type="dxa"/>
            <w:vAlign w:val="center"/>
          </w:tcPr>
          <w:p w14:paraId="482597DF" w14:textId="77777777" w:rsidR="00F16BAE" w:rsidRDefault="00821AE6">
            <w:proofErr w:type="spellStart"/>
            <w:r>
              <w:rPr>
                <w:sz w:val="12"/>
              </w:rPr>
              <w:t>sebahodnotenie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reflexia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spätná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väzba</w:t>
            </w:r>
            <w:proofErr w:type="spellEnd"/>
          </w:p>
        </w:tc>
        <w:tc>
          <w:tcPr>
            <w:tcW w:w="1054" w:type="dxa"/>
            <w:vAlign w:val="center"/>
          </w:tcPr>
          <w:p w14:paraId="65401535" w14:textId="77777777" w:rsidR="00F16BAE" w:rsidRDefault="00821AE6">
            <w:r>
              <w:rPr>
                <w:sz w:val="12"/>
              </w:rPr>
              <w:t>OSR; IDG</w:t>
            </w:r>
          </w:p>
        </w:tc>
        <w:tc>
          <w:tcPr>
            <w:tcW w:w="1054" w:type="dxa"/>
            <w:vAlign w:val="center"/>
          </w:tcPr>
          <w:p w14:paraId="667A923B" w14:textId="77777777" w:rsidR="00F16BAE" w:rsidRDefault="00821AE6">
            <w:proofErr w:type="spellStart"/>
            <w:r>
              <w:rPr>
                <w:sz w:val="12"/>
              </w:rPr>
              <w:t>reflexný</w:t>
            </w:r>
            <w:proofErr w:type="spellEnd"/>
            <w:r>
              <w:rPr>
                <w:sz w:val="12"/>
              </w:rPr>
              <w:t xml:space="preserve"> list</w:t>
            </w:r>
          </w:p>
        </w:tc>
        <w:tc>
          <w:tcPr>
            <w:tcW w:w="1054" w:type="dxa"/>
            <w:vAlign w:val="center"/>
          </w:tcPr>
          <w:p w14:paraId="0748C491" w14:textId="77777777" w:rsidR="00F16BAE" w:rsidRDefault="00821AE6">
            <w:proofErr w:type="spellStart"/>
            <w:r>
              <w:rPr>
                <w:sz w:val="12"/>
              </w:rPr>
              <w:t>sebahodnotenie</w:t>
            </w:r>
            <w:proofErr w:type="spellEnd"/>
            <w:r>
              <w:rPr>
                <w:sz w:val="12"/>
              </w:rPr>
              <w:t xml:space="preserve">; </w:t>
            </w:r>
            <w:proofErr w:type="spellStart"/>
            <w:r>
              <w:rPr>
                <w:sz w:val="12"/>
              </w:rPr>
              <w:t>záverečné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hodnotenie</w:t>
            </w:r>
            <w:proofErr w:type="spellEnd"/>
          </w:p>
        </w:tc>
      </w:tr>
    </w:tbl>
    <w:p w14:paraId="41878F47" w14:textId="77777777" w:rsidR="00F16BAE" w:rsidRDefault="00821AE6">
      <w:pPr>
        <w:pStyle w:val="Nadpis1"/>
      </w:pPr>
      <w:r>
        <w:rPr>
          <w:rFonts w:ascii="Arial" w:hAnsi="Arial"/>
        </w:rPr>
        <w:t xml:space="preserve">7. </w:t>
      </w:r>
      <w:proofErr w:type="spellStart"/>
      <w:r>
        <w:rPr>
          <w:rFonts w:ascii="Arial" w:hAnsi="Arial"/>
        </w:rPr>
        <w:t>Prierezové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témy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gramotnosti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26552536" w14:textId="77777777">
        <w:trPr>
          <w:tblHeader/>
        </w:trPr>
        <w:tc>
          <w:tcPr>
            <w:tcW w:w="5270" w:type="dxa"/>
            <w:shd w:val="clear" w:color="auto" w:fill="B7D7EA"/>
            <w:vAlign w:val="center"/>
          </w:tcPr>
          <w:p w14:paraId="08906D1D" w14:textId="77777777" w:rsidR="00F16BAE" w:rsidRDefault="00821AE6">
            <w:proofErr w:type="spellStart"/>
            <w:r>
              <w:rPr>
                <w:b/>
                <w:sz w:val="17"/>
              </w:rPr>
              <w:t>Téma</w:t>
            </w:r>
            <w:proofErr w:type="spellEnd"/>
          </w:p>
        </w:tc>
        <w:tc>
          <w:tcPr>
            <w:tcW w:w="5270" w:type="dxa"/>
            <w:shd w:val="clear" w:color="auto" w:fill="B7D7EA"/>
            <w:vAlign w:val="center"/>
          </w:tcPr>
          <w:p w14:paraId="27B6AE9B" w14:textId="77777777" w:rsidR="00F16BAE" w:rsidRDefault="00821AE6">
            <w:proofErr w:type="spellStart"/>
            <w:r>
              <w:rPr>
                <w:b/>
                <w:sz w:val="17"/>
              </w:rPr>
              <w:t>Implementácia</w:t>
            </w:r>
            <w:proofErr w:type="spellEnd"/>
          </w:p>
        </w:tc>
      </w:tr>
      <w:tr w:rsidR="00F16BAE" w14:paraId="4320EA61" w14:textId="77777777">
        <w:tc>
          <w:tcPr>
            <w:tcW w:w="5270" w:type="dxa"/>
            <w:vAlign w:val="center"/>
          </w:tcPr>
          <w:p w14:paraId="2B81453C" w14:textId="77777777" w:rsidR="00F16BAE" w:rsidRDefault="00821AE6">
            <w:proofErr w:type="spellStart"/>
            <w:r>
              <w:rPr>
                <w:b/>
                <w:sz w:val="16"/>
              </w:rPr>
              <w:t>Environmentálna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výchova</w:t>
            </w:r>
            <w:proofErr w:type="spellEnd"/>
          </w:p>
        </w:tc>
        <w:tc>
          <w:tcPr>
            <w:tcW w:w="5270" w:type="dxa"/>
            <w:vAlign w:val="center"/>
          </w:tcPr>
          <w:p w14:paraId="1949E69E" w14:textId="77777777" w:rsidR="00F16BAE" w:rsidRDefault="00821AE6">
            <w:proofErr w:type="spellStart"/>
            <w:r>
              <w:rPr>
                <w:sz w:val="16"/>
              </w:rPr>
              <w:t>ochrana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pôdy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ovzdušia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krajiny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biodiverzity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udržateľný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rozvoj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regiónov</w:t>
            </w:r>
            <w:proofErr w:type="spellEnd"/>
          </w:p>
        </w:tc>
      </w:tr>
      <w:tr w:rsidR="00F16BAE" w14:paraId="7D2E19CE" w14:textId="77777777">
        <w:tc>
          <w:tcPr>
            <w:tcW w:w="5270" w:type="dxa"/>
            <w:vAlign w:val="center"/>
          </w:tcPr>
          <w:p w14:paraId="60CC60CE" w14:textId="77777777" w:rsidR="00F16BAE" w:rsidRDefault="00821AE6">
            <w:proofErr w:type="spellStart"/>
            <w:r>
              <w:rPr>
                <w:b/>
                <w:sz w:val="16"/>
              </w:rPr>
              <w:t>Multikultúrna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výchova</w:t>
            </w:r>
            <w:proofErr w:type="spellEnd"/>
          </w:p>
        </w:tc>
        <w:tc>
          <w:tcPr>
            <w:tcW w:w="5270" w:type="dxa"/>
            <w:vAlign w:val="center"/>
          </w:tcPr>
          <w:p w14:paraId="1BAAA950" w14:textId="77777777" w:rsidR="00F16BAE" w:rsidRDefault="00821AE6">
            <w:proofErr w:type="spellStart"/>
            <w:r>
              <w:rPr>
                <w:sz w:val="16"/>
              </w:rPr>
              <w:t>národnostná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kultúrna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rozmanitosť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Slovenska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historické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regióny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tolerancia</w:t>
            </w:r>
            <w:proofErr w:type="spellEnd"/>
          </w:p>
        </w:tc>
      </w:tr>
      <w:tr w:rsidR="00F16BAE" w14:paraId="3DA632CD" w14:textId="77777777">
        <w:tc>
          <w:tcPr>
            <w:tcW w:w="5270" w:type="dxa"/>
            <w:vAlign w:val="center"/>
          </w:tcPr>
          <w:p w14:paraId="6CA0F96E" w14:textId="77777777" w:rsidR="00F16BAE" w:rsidRDefault="00821AE6">
            <w:proofErr w:type="spellStart"/>
            <w:r>
              <w:rPr>
                <w:b/>
                <w:sz w:val="16"/>
              </w:rPr>
              <w:t>Osobnostný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sociálny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rozvoj</w:t>
            </w:r>
            <w:proofErr w:type="spellEnd"/>
          </w:p>
        </w:tc>
        <w:tc>
          <w:tcPr>
            <w:tcW w:w="5270" w:type="dxa"/>
            <w:vAlign w:val="center"/>
          </w:tcPr>
          <w:p w14:paraId="768DEC11" w14:textId="77777777" w:rsidR="00F16BAE" w:rsidRDefault="00821AE6">
            <w:proofErr w:type="spellStart"/>
            <w:r>
              <w:rPr>
                <w:sz w:val="16"/>
              </w:rPr>
              <w:t>spolupráca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sebahodnotenie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argumentácia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zodpovednosť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učenie</w:t>
            </w:r>
            <w:proofErr w:type="spellEnd"/>
          </w:p>
        </w:tc>
      </w:tr>
      <w:tr w:rsidR="00F16BAE" w14:paraId="5F579CFD" w14:textId="77777777">
        <w:tc>
          <w:tcPr>
            <w:tcW w:w="5270" w:type="dxa"/>
            <w:vAlign w:val="center"/>
          </w:tcPr>
          <w:p w14:paraId="2BF7A83C" w14:textId="77777777" w:rsidR="00F16BAE" w:rsidRDefault="00821AE6">
            <w:proofErr w:type="spellStart"/>
            <w:r>
              <w:rPr>
                <w:b/>
                <w:sz w:val="16"/>
              </w:rPr>
              <w:t>Mediálna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výchova</w:t>
            </w:r>
            <w:proofErr w:type="spellEnd"/>
          </w:p>
        </w:tc>
        <w:tc>
          <w:tcPr>
            <w:tcW w:w="5270" w:type="dxa"/>
            <w:vAlign w:val="center"/>
          </w:tcPr>
          <w:p w14:paraId="56FDBD65" w14:textId="77777777" w:rsidR="00F16BAE" w:rsidRDefault="00821AE6">
            <w:proofErr w:type="spellStart"/>
            <w:r>
              <w:rPr>
                <w:sz w:val="16"/>
              </w:rPr>
              <w:t>kritické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čítanie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správ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regiónoch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problémoch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aktuálnych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udalostiach</w:t>
            </w:r>
            <w:proofErr w:type="spellEnd"/>
          </w:p>
        </w:tc>
      </w:tr>
      <w:tr w:rsidR="00F16BAE" w14:paraId="03520025" w14:textId="77777777">
        <w:tc>
          <w:tcPr>
            <w:tcW w:w="5270" w:type="dxa"/>
            <w:vAlign w:val="center"/>
          </w:tcPr>
          <w:p w14:paraId="3F2E72D2" w14:textId="77777777" w:rsidR="00F16BAE" w:rsidRDefault="00821AE6">
            <w:proofErr w:type="spellStart"/>
            <w:r>
              <w:rPr>
                <w:b/>
                <w:sz w:val="16"/>
              </w:rPr>
              <w:t>Ochrana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života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zdravia</w:t>
            </w:r>
            <w:proofErr w:type="spellEnd"/>
          </w:p>
        </w:tc>
        <w:tc>
          <w:tcPr>
            <w:tcW w:w="5270" w:type="dxa"/>
            <w:vAlign w:val="center"/>
          </w:tcPr>
          <w:p w14:paraId="73F7C51E" w14:textId="77777777" w:rsidR="00F16BAE" w:rsidRDefault="00821AE6">
            <w:proofErr w:type="spellStart"/>
            <w:r>
              <w:rPr>
                <w:sz w:val="16"/>
              </w:rPr>
              <w:t>prírodné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riziká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bezpečný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pohyb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zodpovedné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správanie</w:t>
            </w:r>
            <w:proofErr w:type="spellEnd"/>
            <w:r>
              <w:rPr>
                <w:sz w:val="16"/>
              </w:rPr>
              <w:t xml:space="preserve"> v </w:t>
            </w:r>
            <w:proofErr w:type="spellStart"/>
            <w:r>
              <w:rPr>
                <w:sz w:val="16"/>
              </w:rPr>
              <w:t>krajine</w:t>
            </w:r>
            <w:proofErr w:type="spellEnd"/>
          </w:p>
        </w:tc>
      </w:tr>
      <w:tr w:rsidR="00F16BAE" w14:paraId="1ED80BC8" w14:textId="77777777">
        <w:tc>
          <w:tcPr>
            <w:tcW w:w="5270" w:type="dxa"/>
            <w:vAlign w:val="center"/>
          </w:tcPr>
          <w:p w14:paraId="7BDC42CF" w14:textId="77777777" w:rsidR="00F16BAE" w:rsidRDefault="00821AE6">
            <w:proofErr w:type="spellStart"/>
            <w:r>
              <w:rPr>
                <w:b/>
                <w:sz w:val="16"/>
              </w:rPr>
              <w:t>Tvorba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projektu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prezentačné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schopnosti</w:t>
            </w:r>
            <w:proofErr w:type="spellEnd"/>
          </w:p>
        </w:tc>
        <w:tc>
          <w:tcPr>
            <w:tcW w:w="5270" w:type="dxa"/>
            <w:vAlign w:val="center"/>
          </w:tcPr>
          <w:p w14:paraId="4BFC0852" w14:textId="77777777" w:rsidR="00F16BAE" w:rsidRDefault="00821AE6">
            <w:proofErr w:type="spellStart"/>
            <w:r>
              <w:rPr>
                <w:sz w:val="16"/>
              </w:rPr>
              <w:t>regionálne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projekty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prezentácie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interpretácia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geografických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údajov</w:t>
            </w:r>
            <w:proofErr w:type="spellEnd"/>
          </w:p>
        </w:tc>
      </w:tr>
      <w:tr w:rsidR="00F16BAE" w14:paraId="61C6DE26" w14:textId="77777777">
        <w:tc>
          <w:tcPr>
            <w:tcW w:w="5270" w:type="dxa"/>
            <w:vAlign w:val="center"/>
          </w:tcPr>
          <w:p w14:paraId="6148B0E6" w14:textId="77777777" w:rsidR="00F16BAE" w:rsidRDefault="00821AE6">
            <w:proofErr w:type="spellStart"/>
            <w:r>
              <w:rPr>
                <w:b/>
                <w:sz w:val="16"/>
              </w:rPr>
              <w:t>Regionálna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výchova</w:t>
            </w:r>
            <w:proofErr w:type="spellEnd"/>
          </w:p>
        </w:tc>
        <w:tc>
          <w:tcPr>
            <w:tcW w:w="5270" w:type="dxa"/>
            <w:vAlign w:val="center"/>
          </w:tcPr>
          <w:p w14:paraId="3CB75F11" w14:textId="77777777" w:rsidR="00F16BAE" w:rsidRDefault="00821AE6">
            <w:proofErr w:type="spellStart"/>
            <w:r>
              <w:rPr>
                <w:sz w:val="16"/>
              </w:rPr>
              <w:t>poznávanie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miestneho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regiónu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Slovenska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možností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rozvoja</w:t>
            </w:r>
            <w:proofErr w:type="spellEnd"/>
          </w:p>
        </w:tc>
      </w:tr>
      <w:tr w:rsidR="00F16BAE" w14:paraId="052D7B48" w14:textId="77777777">
        <w:tc>
          <w:tcPr>
            <w:tcW w:w="5270" w:type="dxa"/>
            <w:vAlign w:val="center"/>
          </w:tcPr>
          <w:p w14:paraId="254542E1" w14:textId="77777777" w:rsidR="00F16BAE" w:rsidRDefault="00821AE6">
            <w:proofErr w:type="spellStart"/>
            <w:r>
              <w:rPr>
                <w:b/>
                <w:sz w:val="16"/>
              </w:rPr>
              <w:t>Finančná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gramotnosť</w:t>
            </w:r>
            <w:proofErr w:type="spellEnd"/>
          </w:p>
        </w:tc>
        <w:tc>
          <w:tcPr>
            <w:tcW w:w="5270" w:type="dxa"/>
            <w:vAlign w:val="center"/>
          </w:tcPr>
          <w:p w14:paraId="6D237ADE" w14:textId="77777777" w:rsidR="00F16BAE" w:rsidRDefault="00821AE6">
            <w:proofErr w:type="spellStart"/>
            <w:r>
              <w:rPr>
                <w:sz w:val="16"/>
              </w:rPr>
              <w:t>hospodárstvo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pracovný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cestovný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regionálny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rozvoj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verejné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zdroje</w:t>
            </w:r>
            <w:proofErr w:type="spellEnd"/>
          </w:p>
        </w:tc>
      </w:tr>
      <w:tr w:rsidR="00F16BAE" w14:paraId="4C2C9D21" w14:textId="77777777">
        <w:tc>
          <w:tcPr>
            <w:tcW w:w="5270" w:type="dxa"/>
            <w:vAlign w:val="center"/>
          </w:tcPr>
          <w:p w14:paraId="3CDF2A89" w14:textId="77777777" w:rsidR="00F16BAE" w:rsidRDefault="00821AE6">
            <w:proofErr w:type="spellStart"/>
            <w:r>
              <w:rPr>
                <w:b/>
                <w:sz w:val="16"/>
              </w:rPr>
              <w:t>Čitateľská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informačná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gramotnosť</w:t>
            </w:r>
            <w:proofErr w:type="spellEnd"/>
          </w:p>
        </w:tc>
        <w:tc>
          <w:tcPr>
            <w:tcW w:w="5270" w:type="dxa"/>
            <w:vAlign w:val="center"/>
          </w:tcPr>
          <w:p w14:paraId="586F9825" w14:textId="77777777" w:rsidR="00F16BAE" w:rsidRDefault="00821AE6">
            <w:proofErr w:type="spellStart"/>
            <w:r>
              <w:rPr>
                <w:sz w:val="16"/>
              </w:rPr>
              <w:t>odborný</w:t>
            </w:r>
            <w:proofErr w:type="spellEnd"/>
            <w:r>
              <w:rPr>
                <w:sz w:val="16"/>
              </w:rPr>
              <w:t xml:space="preserve"> text,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grafy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tabuľky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štatistiky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vyhľadávanie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údajov</w:t>
            </w:r>
            <w:proofErr w:type="spellEnd"/>
          </w:p>
        </w:tc>
      </w:tr>
      <w:tr w:rsidR="00F16BAE" w14:paraId="29ABED9A" w14:textId="77777777">
        <w:tc>
          <w:tcPr>
            <w:tcW w:w="5270" w:type="dxa"/>
            <w:vAlign w:val="center"/>
          </w:tcPr>
          <w:p w14:paraId="6694E516" w14:textId="77777777" w:rsidR="00F16BAE" w:rsidRDefault="00821AE6">
            <w:proofErr w:type="spellStart"/>
            <w:r>
              <w:rPr>
                <w:b/>
                <w:sz w:val="16"/>
              </w:rPr>
              <w:t>Digitálna</w:t>
            </w:r>
            <w:proofErr w:type="spellEnd"/>
            <w:r>
              <w:rPr>
                <w:b/>
                <w:sz w:val="16"/>
              </w:rPr>
              <w:t xml:space="preserve"> a AI </w:t>
            </w:r>
            <w:proofErr w:type="spellStart"/>
            <w:r>
              <w:rPr>
                <w:b/>
                <w:sz w:val="16"/>
              </w:rPr>
              <w:t>gramotnosť</w:t>
            </w:r>
            <w:proofErr w:type="spellEnd"/>
          </w:p>
        </w:tc>
        <w:tc>
          <w:tcPr>
            <w:tcW w:w="5270" w:type="dxa"/>
            <w:vAlign w:val="center"/>
          </w:tcPr>
          <w:p w14:paraId="79255E9F" w14:textId="77777777" w:rsidR="00F16BAE" w:rsidRDefault="00821AE6">
            <w:proofErr w:type="spellStart"/>
            <w:r>
              <w:rPr>
                <w:sz w:val="16"/>
              </w:rPr>
              <w:t>digitálne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mapy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overovanie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zdrojov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bezpečné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používanie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digitálnych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nástrojov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kritické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posudzovanie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výstupov</w:t>
            </w:r>
            <w:proofErr w:type="spellEnd"/>
            <w:r>
              <w:rPr>
                <w:sz w:val="16"/>
              </w:rPr>
              <w:t xml:space="preserve"> AI</w:t>
            </w:r>
          </w:p>
        </w:tc>
      </w:tr>
    </w:tbl>
    <w:p w14:paraId="43C6FFE4" w14:textId="77777777" w:rsidR="00F16BAE" w:rsidRDefault="00821AE6">
      <w:pPr>
        <w:pStyle w:val="Nadpis1"/>
      </w:pPr>
      <w:r>
        <w:rPr>
          <w:rFonts w:ascii="Arial" w:hAnsi="Arial"/>
        </w:rPr>
        <w:t xml:space="preserve">8. </w:t>
      </w:r>
      <w:proofErr w:type="spellStart"/>
      <w:r>
        <w:rPr>
          <w:rFonts w:ascii="Arial" w:hAnsi="Arial"/>
        </w:rPr>
        <w:t>Medzipredmetové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vzťahy</w:t>
      </w:r>
      <w:proofErr w:type="spellEnd"/>
    </w:p>
    <w:p w14:paraId="4453AA97" w14:textId="77777777" w:rsidR="00F16BAE" w:rsidRDefault="00821AE6">
      <w:pPr>
        <w:pStyle w:val="Zoznamsodrkami"/>
        <w:spacing w:after="40"/>
      </w:pPr>
      <w:proofErr w:type="spellStart"/>
      <w:r>
        <w:t>Dejepis</w:t>
      </w:r>
      <w:proofErr w:type="spellEnd"/>
      <w:r>
        <w:t xml:space="preserve"> – </w:t>
      </w:r>
      <w:proofErr w:type="spellStart"/>
      <w:r>
        <w:t>historické</w:t>
      </w:r>
      <w:proofErr w:type="spellEnd"/>
      <w:r>
        <w:t xml:space="preserve"> </w:t>
      </w:r>
      <w:proofErr w:type="spellStart"/>
      <w:r>
        <w:t>udalosti</w:t>
      </w:r>
      <w:proofErr w:type="spellEnd"/>
      <w:r>
        <w:t xml:space="preserve">, </w:t>
      </w:r>
      <w:proofErr w:type="spellStart"/>
      <w:r>
        <w:t>regióny</w:t>
      </w:r>
      <w:proofErr w:type="spellEnd"/>
      <w:r>
        <w:t xml:space="preserve">, </w:t>
      </w:r>
      <w:proofErr w:type="spellStart"/>
      <w:r>
        <w:t>tradície</w:t>
      </w:r>
      <w:proofErr w:type="spellEnd"/>
      <w:r>
        <w:t xml:space="preserve"> a </w:t>
      </w:r>
      <w:proofErr w:type="spellStart"/>
      <w:r>
        <w:t>kultúrne</w:t>
      </w:r>
      <w:proofErr w:type="spellEnd"/>
      <w:r>
        <w:t xml:space="preserve"> </w:t>
      </w:r>
      <w:proofErr w:type="spellStart"/>
      <w:r>
        <w:t>dedičstvo</w:t>
      </w:r>
      <w:proofErr w:type="spellEnd"/>
      <w:r>
        <w:t>.</w:t>
      </w:r>
    </w:p>
    <w:p w14:paraId="58C437BF" w14:textId="77777777" w:rsidR="00F16BAE" w:rsidRDefault="00821AE6">
      <w:pPr>
        <w:pStyle w:val="Zoznamsodrkami"/>
        <w:spacing w:after="40"/>
      </w:pPr>
      <w:proofErr w:type="spellStart"/>
      <w:r>
        <w:t>Biológia</w:t>
      </w:r>
      <w:proofErr w:type="spellEnd"/>
      <w:r>
        <w:t xml:space="preserve"> – </w:t>
      </w:r>
      <w:proofErr w:type="spellStart"/>
      <w:r>
        <w:t>ekosystémy</w:t>
      </w:r>
      <w:proofErr w:type="spellEnd"/>
      <w:r>
        <w:t xml:space="preserve">, </w:t>
      </w:r>
      <w:proofErr w:type="spellStart"/>
      <w:r>
        <w:t>vegetácia</w:t>
      </w:r>
      <w:proofErr w:type="spellEnd"/>
      <w:r>
        <w:t xml:space="preserve">, </w:t>
      </w:r>
      <w:proofErr w:type="spellStart"/>
      <w:r>
        <w:t>živočíšstvo</w:t>
      </w:r>
      <w:proofErr w:type="spellEnd"/>
      <w:r>
        <w:t xml:space="preserve"> a </w:t>
      </w:r>
      <w:proofErr w:type="spellStart"/>
      <w:r>
        <w:t>ochrana</w:t>
      </w:r>
      <w:proofErr w:type="spellEnd"/>
      <w:r>
        <w:t xml:space="preserve"> </w:t>
      </w:r>
      <w:proofErr w:type="spellStart"/>
      <w:r>
        <w:t>prírody</w:t>
      </w:r>
      <w:proofErr w:type="spellEnd"/>
      <w:r>
        <w:t>.</w:t>
      </w:r>
    </w:p>
    <w:p w14:paraId="7A9B92DE" w14:textId="77777777" w:rsidR="00F16BAE" w:rsidRDefault="00821AE6">
      <w:pPr>
        <w:pStyle w:val="Zoznamsodrkami"/>
        <w:spacing w:after="40"/>
      </w:pPr>
      <w:proofErr w:type="spellStart"/>
      <w:r>
        <w:t>Občianska</w:t>
      </w:r>
      <w:proofErr w:type="spellEnd"/>
      <w:r>
        <w:t xml:space="preserve"> </w:t>
      </w:r>
      <w:proofErr w:type="spellStart"/>
      <w:r>
        <w:t>náuka</w:t>
      </w:r>
      <w:proofErr w:type="spellEnd"/>
      <w:r>
        <w:t xml:space="preserve"> – </w:t>
      </w:r>
      <w:proofErr w:type="spellStart"/>
      <w:r>
        <w:t>obyvateľstvo</w:t>
      </w:r>
      <w:proofErr w:type="spellEnd"/>
      <w:r>
        <w:t xml:space="preserve">, </w:t>
      </w:r>
      <w:proofErr w:type="spellStart"/>
      <w:r>
        <w:t>regióny</w:t>
      </w:r>
      <w:proofErr w:type="spellEnd"/>
      <w:r>
        <w:t xml:space="preserve">, </w:t>
      </w:r>
      <w:proofErr w:type="spellStart"/>
      <w:r>
        <w:t>občianstvo</w:t>
      </w:r>
      <w:proofErr w:type="spellEnd"/>
      <w:r>
        <w:t xml:space="preserve"> a </w:t>
      </w:r>
      <w:proofErr w:type="spellStart"/>
      <w:r>
        <w:t>spoločenské</w:t>
      </w:r>
      <w:proofErr w:type="spellEnd"/>
      <w:r>
        <w:t xml:space="preserve"> </w:t>
      </w:r>
      <w:proofErr w:type="spellStart"/>
      <w:r>
        <w:t>problémy</w:t>
      </w:r>
      <w:proofErr w:type="spellEnd"/>
      <w:r>
        <w:t>.</w:t>
      </w:r>
    </w:p>
    <w:p w14:paraId="3D5E51D9" w14:textId="77777777" w:rsidR="00F16BAE" w:rsidRDefault="00821AE6">
      <w:pPr>
        <w:pStyle w:val="Zoznamsodrkami"/>
        <w:spacing w:after="40"/>
      </w:pPr>
      <w:proofErr w:type="spellStart"/>
      <w:r>
        <w:t>Matematika</w:t>
      </w:r>
      <w:proofErr w:type="spellEnd"/>
      <w:r>
        <w:t xml:space="preserve"> – </w:t>
      </w:r>
      <w:proofErr w:type="spellStart"/>
      <w:r>
        <w:t>mierka</w:t>
      </w:r>
      <w:proofErr w:type="spellEnd"/>
      <w:r>
        <w:t xml:space="preserve">, </w:t>
      </w:r>
      <w:proofErr w:type="spellStart"/>
      <w:r>
        <w:t>štatistiky</w:t>
      </w:r>
      <w:proofErr w:type="spellEnd"/>
      <w:r>
        <w:t xml:space="preserve">, </w:t>
      </w:r>
      <w:proofErr w:type="spellStart"/>
      <w:r>
        <w:t>grafy</w:t>
      </w:r>
      <w:proofErr w:type="spellEnd"/>
      <w:r>
        <w:t xml:space="preserve">, </w:t>
      </w:r>
      <w:proofErr w:type="spellStart"/>
      <w:r>
        <w:t>tabuľky</w:t>
      </w:r>
      <w:proofErr w:type="spellEnd"/>
      <w:r>
        <w:t xml:space="preserve"> a </w:t>
      </w:r>
      <w:proofErr w:type="spellStart"/>
      <w:r>
        <w:t>porovnávanie</w:t>
      </w:r>
      <w:proofErr w:type="spellEnd"/>
      <w:r>
        <w:t xml:space="preserve"> </w:t>
      </w:r>
      <w:proofErr w:type="spellStart"/>
      <w:r>
        <w:t>údajov</w:t>
      </w:r>
      <w:proofErr w:type="spellEnd"/>
      <w:r>
        <w:t>.</w:t>
      </w:r>
    </w:p>
    <w:p w14:paraId="6676CDC4" w14:textId="77777777" w:rsidR="00F16BAE" w:rsidRDefault="00821AE6">
      <w:pPr>
        <w:pStyle w:val="Zoznamsodrkami"/>
        <w:spacing w:after="40"/>
      </w:pPr>
      <w:proofErr w:type="spellStart"/>
      <w:r>
        <w:t>Informatika</w:t>
      </w:r>
      <w:proofErr w:type="spellEnd"/>
      <w:r>
        <w:t xml:space="preserve"> – </w:t>
      </w: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, </w:t>
      </w:r>
      <w:proofErr w:type="spellStart"/>
      <w:r>
        <w:t>vyhľadávanie</w:t>
      </w:r>
      <w:proofErr w:type="spellEnd"/>
      <w:r>
        <w:t xml:space="preserve">, </w:t>
      </w:r>
      <w:proofErr w:type="spellStart"/>
      <w:r>
        <w:t>spracovanie</w:t>
      </w:r>
      <w:proofErr w:type="spellEnd"/>
      <w:r>
        <w:t xml:space="preserve"> a </w:t>
      </w:r>
      <w:proofErr w:type="spellStart"/>
      <w:r>
        <w:t>prezentácia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>.</w:t>
      </w:r>
    </w:p>
    <w:p w14:paraId="76C0D388" w14:textId="77777777" w:rsidR="00F16BAE" w:rsidRDefault="00821AE6">
      <w:pPr>
        <w:pStyle w:val="Zoznamsodrkami"/>
        <w:spacing w:after="40"/>
      </w:pPr>
      <w:proofErr w:type="spellStart"/>
      <w:r>
        <w:t>Slovenský</w:t>
      </w:r>
      <w:proofErr w:type="spellEnd"/>
      <w:r>
        <w:t xml:space="preserve"> </w:t>
      </w:r>
      <w:proofErr w:type="spellStart"/>
      <w:r>
        <w:t>jazyk</w:t>
      </w:r>
      <w:proofErr w:type="spellEnd"/>
      <w:r>
        <w:t xml:space="preserve"> – </w:t>
      </w:r>
      <w:proofErr w:type="spellStart"/>
      <w:r>
        <w:t>čítanie</w:t>
      </w:r>
      <w:proofErr w:type="spellEnd"/>
      <w:r>
        <w:t xml:space="preserve"> s </w:t>
      </w:r>
      <w:proofErr w:type="spellStart"/>
      <w:r>
        <w:t>porozumením</w:t>
      </w:r>
      <w:proofErr w:type="spellEnd"/>
      <w:r>
        <w:t xml:space="preserve">, </w:t>
      </w:r>
      <w:proofErr w:type="spellStart"/>
      <w:r>
        <w:t>odborný</w:t>
      </w:r>
      <w:proofErr w:type="spellEnd"/>
      <w:r>
        <w:t xml:space="preserve"> text, </w:t>
      </w:r>
      <w:proofErr w:type="spellStart"/>
      <w:r>
        <w:t>argumentácia</w:t>
      </w:r>
      <w:proofErr w:type="spellEnd"/>
      <w:r>
        <w:t xml:space="preserve"> a </w:t>
      </w:r>
      <w:proofErr w:type="spellStart"/>
      <w:r>
        <w:t>prezentácia</w:t>
      </w:r>
      <w:proofErr w:type="spellEnd"/>
      <w:r>
        <w:t>.</w:t>
      </w:r>
    </w:p>
    <w:p w14:paraId="5E8007DC" w14:textId="77777777" w:rsidR="00F16BAE" w:rsidRDefault="00821AE6">
      <w:pPr>
        <w:pStyle w:val="Nadpis1"/>
      </w:pPr>
      <w:r>
        <w:rPr>
          <w:rFonts w:ascii="Arial" w:hAnsi="Arial"/>
        </w:rPr>
        <w:t xml:space="preserve">9. </w:t>
      </w:r>
      <w:proofErr w:type="spellStart"/>
      <w:r>
        <w:rPr>
          <w:rFonts w:ascii="Arial" w:hAnsi="Arial"/>
        </w:rPr>
        <w:t>Metódy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formy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stratégie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vyučovania</w:t>
      </w:r>
      <w:proofErr w:type="spellEnd"/>
    </w:p>
    <w:p w14:paraId="70BA5BB6" w14:textId="77777777" w:rsidR="00F16BAE" w:rsidRDefault="00821AE6">
      <w:pPr>
        <w:pStyle w:val="Zoznamsodrkami"/>
        <w:spacing w:after="40"/>
      </w:pPr>
      <w:proofErr w:type="spellStart"/>
      <w:r>
        <w:t>motivačné</w:t>
      </w:r>
      <w:proofErr w:type="spellEnd"/>
      <w:r>
        <w:t xml:space="preserve"> </w:t>
      </w:r>
      <w:proofErr w:type="spellStart"/>
      <w:r>
        <w:t>rozprávanie</w:t>
      </w:r>
      <w:proofErr w:type="spellEnd"/>
      <w:r>
        <w:t xml:space="preserve">, </w:t>
      </w:r>
      <w:proofErr w:type="spellStart"/>
      <w:r>
        <w:t>riadený</w:t>
      </w:r>
      <w:proofErr w:type="spellEnd"/>
      <w:r>
        <w:t xml:space="preserve"> </w:t>
      </w:r>
      <w:proofErr w:type="spellStart"/>
      <w:r>
        <w:t>rozhovor</w:t>
      </w:r>
      <w:proofErr w:type="spellEnd"/>
      <w:r>
        <w:t xml:space="preserve"> a </w:t>
      </w:r>
      <w:proofErr w:type="spellStart"/>
      <w:r>
        <w:t>diskusia</w:t>
      </w:r>
      <w:proofErr w:type="spellEnd"/>
      <w:r>
        <w:t>;</w:t>
      </w:r>
    </w:p>
    <w:p w14:paraId="385D3853" w14:textId="77777777" w:rsidR="00F16BAE" w:rsidRDefault="00821AE6">
      <w:pPr>
        <w:pStyle w:val="Zoznamsodrkami"/>
        <w:spacing w:after="40"/>
      </w:pPr>
      <w:proofErr w:type="spellStart"/>
      <w:r>
        <w:t>práca</w:t>
      </w:r>
      <w:proofErr w:type="spellEnd"/>
      <w:r>
        <w:t xml:space="preserve"> s </w:t>
      </w:r>
      <w:proofErr w:type="spellStart"/>
      <w:r>
        <w:t>fyzickou</w:t>
      </w:r>
      <w:proofErr w:type="spellEnd"/>
      <w:r>
        <w:t xml:space="preserve">, </w:t>
      </w:r>
      <w:proofErr w:type="spellStart"/>
      <w:r>
        <w:t>politickou</w:t>
      </w:r>
      <w:proofErr w:type="spellEnd"/>
      <w:r>
        <w:t xml:space="preserve">, </w:t>
      </w:r>
      <w:proofErr w:type="spellStart"/>
      <w:r>
        <w:t>tematickou</w:t>
      </w:r>
      <w:proofErr w:type="spellEnd"/>
      <w:r>
        <w:t xml:space="preserve"> a </w:t>
      </w:r>
      <w:proofErr w:type="spellStart"/>
      <w:r>
        <w:t>slepou</w:t>
      </w:r>
      <w:proofErr w:type="spellEnd"/>
      <w:r>
        <w:t xml:space="preserve"> mapou;</w:t>
      </w:r>
    </w:p>
    <w:p w14:paraId="6B468E82" w14:textId="77777777" w:rsidR="00F16BAE" w:rsidRDefault="00821AE6">
      <w:pPr>
        <w:pStyle w:val="Zoznamsodrkami"/>
        <w:spacing w:after="40"/>
      </w:pPr>
      <w:proofErr w:type="spellStart"/>
      <w:r>
        <w:t>riešenie</w:t>
      </w:r>
      <w:proofErr w:type="spellEnd"/>
      <w:r>
        <w:t xml:space="preserve"> </w:t>
      </w:r>
      <w:proofErr w:type="spellStart"/>
      <w:r>
        <w:t>problémových</w:t>
      </w:r>
      <w:proofErr w:type="spellEnd"/>
      <w:r>
        <w:t xml:space="preserve"> a </w:t>
      </w:r>
      <w:proofErr w:type="spellStart"/>
      <w:r>
        <w:t>heuristických</w:t>
      </w:r>
      <w:proofErr w:type="spellEnd"/>
      <w:r>
        <w:t xml:space="preserve"> </w:t>
      </w:r>
      <w:proofErr w:type="spellStart"/>
      <w:r>
        <w:t>úloh</w:t>
      </w:r>
      <w:proofErr w:type="spellEnd"/>
      <w:r>
        <w:t>;</w:t>
      </w:r>
    </w:p>
    <w:p w14:paraId="0CD60093" w14:textId="77777777" w:rsidR="00F16BAE" w:rsidRDefault="00821AE6">
      <w:pPr>
        <w:pStyle w:val="Zoznamsodrkami"/>
        <w:spacing w:after="40"/>
      </w:pPr>
      <w:proofErr w:type="spellStart"/>
      <w:r>
        <w:t>samostatná</w:t>
      </w:r>
      <w:proofErr w:type="spellEnd"/>
      <w:r>
        <w:t xml:space="preserve"> </w:t>
      </w:r>
      <w:proofErr w:type="spellStart"/>
      <w:r>
        <w:t>práca</w:t>
      </w:r>
      <w:proofErr w:type="spellEnd"/>
      <w:r>
        <w:t xml:space="preserve">, </w:t>
      </w:r>
      <w:proofErr w:type="spellStart"/>
      <w:r>
        <w:t>práca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dvojiciach</w:t>
      </w:r>
      <w:proofErr w:type="spellEnd"/>
      <w:r>
        <w:t xml:space="preserve"> a </w:t>
      </w:r>
      <w:proofErr w:type="spellStart"/>
      <w:r>
        <w:t>skupinová</w:t>
      </w:r>
      <w:proofErr w:type="spellEnd"/>
      <w:r>
        <w:t xml:space="preserve"> </w:t>
      </w:r>
      <w:proofErr w:type="spellStart"/>
      <w:r>
        <w:t>práca</w:t>
      </w:r>
      <w:proofErr w:type="spellEnd"/>
      <w:r>
        <w:t>;</w:t>
      </w:r>
    </w:p>
    <w:p w14:paraId="08E0B7E2" w14:textId="77777777" w:rsidR="00F16BAE" w:rsidRDefault="00821AE6">
      <w:pPr>
        <w:pStyle w:val="Zoznamsodrkami"/>
        <w:spacing w:after="40"/>
      </w:pPr>
      <w:proofErr w:type="spellStart"/>
      <w:r>
        <w:lastRenderedPageBreak/>
        <w:t>didaktické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, </w:t>
      </w:r>
      <w:proofErr w:type="spellStart"/>
      <w:r>
        <w:t>pojmové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, </w:t>
      </w:r>
      <w:proofErr w:type="spellStart"/>
      <w:r>
        <w:t>mapové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 a </w:t>
      </w:r>
      <w:proofErr w:type="spellStart"/>
      <w:r>
        <w:t>práca</w:t>
      </w:r>
      <w:proofErr w:type="spellEnd"/>
      <w:r>
        <w:t xml:space="preserve"> s </w:t>
      </w:r>
      <w:proofErr w:type="spellStart"/>
      <w:r>
        <w:t>grafmi</w:t>
      </w:r>
      <w:proofErr w:type="spellEnd"/>
      <w:r>
        <w:t>;</w:t>
      </w:r>
    </w:p>
    <w:p w14:paraId="2FFB2096" w14:textId="77777777" w:rsidR="00F16BAE" w:rsidRDefault="00821AE6">
      <w:pPr>
        <w:pStyle w:val="Zoznamsodrkami"/>
        <w:spacing w:after="40"/>
      </w:pPr>
      <w:proofErr w:type="spellStart"/>
      <w:r>
        <w:t>projektové</w:t>
      </w:r>
      <w:proofErr w:type="spellEnd"/>
      <w:r>
        <w:t xml:space="preserve"> a </w:t>
      </w:r>
      <w:proofErr w:type="spellStart"/>
      <w:r>
        <w:t>zážitkové</w:t>
      </w:r>
      <w:proofErr w:type="spellEnd"/>
      <w:r>
        <w:t xml:space="preserve"> </w:t>
      </w:r>
      <w:proofErr w:type="spellStart"/>
      <w:r>
        <w:t>vyučovanie</w:t>
      </w:r>
      <w:proofErr w:type="spellEnd"/>
      <w:r>
        <w:t>;</w:t>
      </w:r>
    </w:p>
    <w:p w14:paraId="501DD8E8" w14:textId="77777777" w:rsidR="00F16BAE" w:rsidRDefault="00821AE6">
      <w:pPr>
        <w:pStyle w:val="Zoznamsodrkami"/>
        <w:spacing w:after="40"/>
      </w:pP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, IKT a </w:t>
      </w:r>
      <w:proofErr w:type="spellStart"/>
      <w:r>
        <w:t>overené</w:t>
      </w:r>
      <w:proofErr w:type="spellEnd"/>
      <w:r>
        <w:t xml:space="preserve"> online </w:t>
      </w:r>
      <w:proofErr w:type="spellStart"/>
      <w:r>
        <w:t>zdroje</w:t>
      </w:r>
      <w:proofErr w:type="spellEnd"/>
      <w:r>
        <w:t>;</w:t>
      </w:r>
    </w:p>
    <w:p w14:paraId="241721E3" w14:textId="77777777" w:rsidR="00F16BAE" w:rsidRDefault="00821AE6">
      <w:pPr>
        <w:pStyle w:val="Zoznamsodrkami"/>
        <w:spacing w:after="40"/>
      </w:pPr>
      <w:proofErr w:type="spellStart"/>
      <w:r>
        <w:t>primerané</w:t>
      </w:r>
      <w:proofErr w:type="spellEnd"/>
      <w:r>
        <w:t xml:space="preserve"> </w:t>
      </w:r>
      <w:proofErr w:type="spellStart"/>
      <w:r>
        <w:t>využitie</w:t>
      </w:r>
      <w:proofErr w:type="spellEnd"/>
      <w:r>
        <w:t xml:space="preserve"> AI s </w:t>
      </w:r>
      <w:proofErr w:type="spellStart"/>
      <w:r>
        <w:t>dôrazom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kritické</w:t>
      </w:r>
      <w:proofErr w:type="spellEnd"/>
      <w:r>
        <w:t xml:space="preserve"> </w:t>
      </w:r>
      <w:proofErr w:type="spellStart"/>
      <w:r>
        <w:t>overovanie</w:t>
      </w:r>
      <w:proofErr w:type="spellEnd"/>
      <w:r>
        <w:t xml:space="preserve"> </w:t>
      </w:r>
      <w:proofErr w:type="spellStart"/>
      <w:r>
        <w:t>výstupov</w:t>
      </w:r>
      <w:proofErr w:type="spellEnd"/>
      <w:r>
        <w:t>.</w:t>
      </w:r>
    </w:p>
    <w:p w14:paraId="267BC0A2" w14:textId="77777777" w:rsidR="00F16BAE" w:rsidRDefault="00821AE6">
      <w:pPr>
        <w:pStyle w:val="Nadpis1"/>
      </w:pPr>
      <w:r>
        <w:t>10. HODNOTENIE ŽIAKOV</w:t>
      </w:r>
    </w:p>
    <w:p w14:paraId="11D31D6D" w14:textId="77777777" w:rsidR="000B5465" w:rsidRDefault="000B5465" w:rsidP="000B5465">
      <w:pPr>
        <w:rPr>
          <w:sz w:val="21"/>
        </w:rPr>
      </w:pPr>
      <w:proofErr w:type="spellStart"/>
      <w:r>
        <w:t>Hodnotenie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uskutočňuje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pravidiel</w:t>
      </w:r>
      <w:proofErr w:type="spellEnd"/>
      <w:r>
        <w:t xml:space="preserve"> </w:t>
      </w:r>
      <w:proofErr w:type="spellStart"/>
      <w:r>
        <w:t>hodnotenia</w:t>
      </w:r>
      <w:proofErr w:type="spellEnd"/>
      <w:r>
        <w:t xml:space="preserve"> </w:t>
      </w:r>
      <w:proofErr w:type="spellStart"/>
      <w:r>
        <w:t>zakotvených</w:t>
      </w:r>
      <w:proofErr w:type="spellEnd"/>
      <w:r>
        <w:t xml:space="preserve"> v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vzdelávacom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a v </w:t>
      </w:r>
      <w:proofErr w:type="spellStart"/>
      <w:r>
        <w:t>aktuálne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právnych</w:t>
      </w:r>
      <w:proofErr w:type="spellEnd"/>
      <w:r>
        <w:t xml:space="preserve"> </w:t>
      </w:r>
      <w:proofErr w:type="spellStart"/>
      <w:r>
        <w:t>predpisoch</w:t>
      </w:r>
      <w:proofErr w:type="spellEnd"/>
      <w:r>
        <w:t xml:space="preserve">. </w:t>
      </w:r>
      <w:proofErr w:type="spellStart"/>
      <w:r>
        <w:t>verbálna</w:t>
      </w:r>
      <w:proofErr w:type="spellEnd"/>
      <w:r>
        <w:t xml:space="preserve"> forma – </w:t>
      </w:r>
      <w:proofErr w:type="spellStart"/>
      <w:r>
        <w:t>ústne</w:t>
      </w:r>
      <w:proofErr w:type="spellEnd"/>
      <w:r>
        <w:t xml:space="preserve"> </w:t>
      </w:r>
      <w:proofErr w:type="spellStart"/>
      <w:r>
        <w:t>odpovede</w:t>
      </w:r>
      <w:proofErr w:type="spellEnd"/>
      <w:r>
        <w:t xml:space="preserve"> a </w:t>
      </w:r>
      <w:proofErr w:type="spellStart"/>
      <w:r>
        <w:t>prezentovanie</w:t>
      </w:r>
      <w:proofErr w:type="spellEnd"/>
      <w:r>
        <w:t xml:space="preserve"> </w:t>
      </w:r>
      <w:proofErr w:type="spellStart"/>
      <w:r>
        <w:t>vedomostí</w:t>
      </w:r>
      <w:proofErr w:type="spellEnd"/>
      <w:r>
        <w:t>,</w:t>
      </w:r>
    </w:p>
    <w:p w14:paraId="6B1C9658" w14:textId="77777777" w:rsidR="000B5465" w:rsidRDefault="000B5465" w:rsidP="000B5465">
      <w:pPr>
        <w:pStyle w:val="Zoznamsodrkami"/>
        <w:spacing w:after="20"/>
      </w:pPr>
      <w:proofErr w:type="spellStart"/>
      <w:r>
        <w:t>písomná</w:t>
      </w:r>
      <w:proofErr w:type="spellEnd"/>
      <w:r>
        <w:t xml:space="preserve"> forma – </w:t>
      </w:r>
      <w:proofErr w:type="spellStart"/>
      <w:r>
        <w:t>krátke</w:t>
      </w:r>
      <w:proofErr w:type="spellEnd"/>
      <w:r>
        <w:t xml:space="preserve"> </w:t>
      </w:r>
      <w:proofErr w:type="spellStart"/>
      <w:r>
        <w:t>previerky</w:t>
      </w:r>
      <w:proofErr w:type="spellEnd"/>
      <w:r>
        <w:t xml:space="preserve">,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listy</w:t>
      </w:r>
      <w:proofErr w:type="spellEnd"/>
      <w:r>
        <w:t xml:space="preserve"> a testy,</w:t>
      </w:r>
    </w:p>
    <w:p w14:paraId="42C08D34" w14:textId="77777777" w:rsidR="000B5465" w:rsidRDefault="000B5465" w:rsidP="000B5465">
      <w:pPr>
        <w:pStyle w:val="Zoznamsodrkami"/>
        <w:spacing w:after="20"/>
      </w:pPr>
      <w:proofErr w:type="spellStart"/>
      <w:r>
        <w:t>praktické</w:t>
      </w:r>
      <w:proofErr w:type="spellEnd"/>
      <w:r>
        <w:t xml:space="preserve"> </w:t>
      </w:r>
      <w:proofErr w:type="spellStart"/>
      <w:r>
        <w:t>aktivity</w:t>
      </w:r>
      <w:proofErr w:type="spellEnd"/>
      <w:r>
        <w:t xml:space="preserve"> – </w:t>
      </w:r>
      <w:proofErr w:type="spellStart"/>
      <w:r>
        <w:t>práca</w:t>
      </w:r>
      <w:proofErr w:type="spellEnd"/>
      <w:r>
        <w:t xml:space="preserve"> s mapou, </w:t>
      </w:r>
      <w:proofErr w:type="spellStart"/>
      <w:r>
        <w:t>glóbusom</w:t>
      </w:r>
      <w:proofErr w:type="spellEnd"/>
      <w:r>
        <w:t xml:space="preserve">, </w:t>
      </w:r>
      <w:proofErr w:type="spellStart"/>
      <w:r>
        <w:t>mierkou</w:t>
      </w:r>
      <w:proofErr w:type="spellEnd"/>
      <w:r>
        <w:t xml:space="preserve">, </w:t>
      </w:r>
      <w:proofErr w:type="spellStart"/>
      <w:r>
        <w:t>buzolou</w:t>
      </w:r>
      <w:proofErr w:type="spellEnd"/>
      <w:r>
        <w:t xml:space="preserve"> a </w:t>
      </w:r>
      <w:proofErr w:type="spellStart"/>
      <w:r>
        <w:t>geografickými</w:t>
      </w:r>
      <w:proofErr w:type="spellEnd"/>
      <w:r>
        <w:t xml:space="preserve"> </w:t>
      </w:r>
      <w:proofErr w:type="spellStart"/>
      <w:r>
        <w:t>údajmi</w:t>
      </w:r>
      <w:proofErr w:type="spellEnd"/>
      <w:r>
        <w:t>,</w:t>
      </w:r>
    </w:p>
    <w:p w14:paraId="6FF5D8A2" w14:textId="77777777" w:rsidR="000B5465" w:rsidRDefault="000B5465" w:rsidP="000B5465">
      <w:pPr>
        <w:pStyle w:val="Zoznamsodrkami"/>
        <w:spacing w:after="20"/>
      </w:pPr>
      <w:proofErr w:type="spellStart"/>
      <w:r>
        <w:t>práca</w:t>
      </w:r>
      <w:proofErr w:type="spellEnd"/>
      <w:r>
        <w:t xml:space="preserve"> s </w:t>
      </w:r>
      <w:proofErr w:type="spellStart"/>
      <w:r>
        <w:t>textom</w:t>
      </w:r>
      <w:proofErr w:type="spellEnd"/>
      <w:r>
        <w:t xml:space="preserve">, </w:t>
      </w:r>
      <w:proofErr w:type="spellStart"/>
      <w:r>
        <w:t>grafom</w:t>
      </w:r>
      <w:proofErr w:type="spellEnd"/>
      <w:r>
        <w:t xml:space="preserve">, </w:t>
      </w:r>
      <w:proofErr w:type="spellStart"/>
      <w:r>
        <w:t>tabuľkou</w:t>
      </w:r>
      <w:proofErr w:type="spellEnd"/>
      <w:r>
        <w:t xml:space="preserve">, </w:t>
      </w:r>
      <w:proofErr w:type="spellStart"/>
      <w:r>
        <w:t>fotografiou</w:t>
      </w:r>
      <w:proofErr w:type="spellEnd"/>
      <w:r>
        <w:t xml:space="preserve"> a </w:t>
      </w:r>
      <w:proofErr w:type="spellStart"/>
      <w:r>
        <w:t>schémou</w:t>
      </w:r>
      <w:proofErr w:type="spellEnd"/>
      <w:r>
        <w:t>,</w:t>
      </w:r>
    </w:p>
    <w:p w14:paraId="4584A966" w14:textId="77777777" w:rsidR="000B5465" w:rsidRDefault="000B5465" w:rsidP="000B5465">
      <w:pPr>
        <w:pStyle w:val="Zoznamsodrkami"/>
        <w:spacing w:after="20"/>
      </w:pPr>
      <w:proofErr w:type="spellStart"/>
      <w:r>
        <w:t>prezentácia</w:t>
      </w:r>
      <w:proofErr w:type="spellEnd"/>
      <w:r>
        <w:t xml:space="preserve"> </w:t>
      </w:r>
      <w:proofErr w:type="spellStart"/>
      <w:r>
        <w:t>projektov</w:t>
      </w:r>
      <w:proofErr w:type="spellEnd"/>
      <w:r>
        <w:t xml:space="preserve"> a </w:t>
      </w:r>
      <w:proofErr w:type="spellStart"/>
      <w:r>
        <w:t>skupinových</w:t>
      </w:r>
      <w:proofErr w:type="spellEnd"/>
      <w:r>
        <w:t xml:space="preserve"> </w:t>
      </w:r>
      <w:proofErr w:type="spellStart"/>
      <w:r>
        <w:t>výstupov</w:t>
      </w:r>
      <w:proofErr w:type="spellEnd"/>
      <w:r>
        <w:t>,</w:t>
      </w:r>
    </w:p>
    <w:p w14:paraId="0D639349" w14:textId="77777777" w:rsidR="000B5465" w:rsidRDefault="000B5465" w:rsidP="000B5465">
      <w:pPr>
        <w:pStyle w:val="Zoznamsodrkami"/>
        <w:spacing w:after="20"/>
      </w:pPr>
      <w:proofErr w:type="spellStart"/>
      <w:r>
        <w:t>aktivita</w:t>
      </w:r>
      <w:proofErr w:type="spellEnd"/>
      <w:r>
        <w:t xml:space="preserve"> a </w:t>
      </w:r>
      <w:proofErr w:type="spellStart"/>
      <w:r>
        <w:t>tvorivosť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riešení</w:t>
      </w:r>
      <w:proofErr w:type="spellEnd"/>
      <w:r>
        <w:t xml:space="preserve"> </w:t>
      </w:r>
      <w:proofErr w:type="spellStart"/>
      <w:r>
        <w:t>úloh</w:t>
      </w:r>
      <w:proofErr w:type="spellEnd"/>
      <w:r>
        <w:t>,</w:t>
      </w:r>
    </w:p>
    <w:p w14:paraId="40161A35" w14:textId="77777777" w:rsidR="000B5465" w:rsidRDefault="000B5465" w:rsidP="000B5465">
      <w:pPr>
        <w:pStyle w:val="Zoznamsodrkami"/>
        <w:spacing w:after="20"/>
      </w:pPr>
      <w:proofErr w:type="spellStart"/>
      <w:r>
        <w:t>sebahodnotenie</w:t>
      </w:r>
      <w:proofErr w:type="spellEnd"/>
      <w:r>
        <w:t xml:space="preserve"> a </w:t>
      </w:r>
      <w:proofErr w:type="spellStart"/>
      <w:r>
        <w:t>reflexia</w:t>
      </w:r>
      <w:proofErr w:type="spellEnd"/>
      <w:r>
        <w:t xml:space="preserve"> </w:t>
      </w:r>
      <w:proofErr w:type="spellStart"/>
      <w:r>
        <w:t>vlastného</w:t>
      </w:r>
      <w:proofErr w:type="spellEnd"/>
      <w:r>
        <w:t xml:space="preserve"> </w:t>
      </w:r>
      <w:proofErr w:type="spellStart"/>
      <w:r>
        <w:t>učenia</w:t>
      </w:r>
      <w:proofErr w:type="spellEnd"/>
      <w:r>
        <w:t>.</w:t>
      </w:r>
    </w:p>
    <w:p w14:paraId="2AF8300F" w14:textId="77777777" w:rsidR="000B5465" w:rsidRDefault="000B5465" w:rsidP="000B5465">
      <w:proofErr w:type="spellStart"/>
      <w:r>
        <w:t>Pri</w:t>
      </w:r>
      <w:proofErr w:type="spellEnd"/>
      <w:r>
        <w:t xml:space="preserve"> </w:t>
      </w:r>
      <w:proofErr w:type="spellStart"/>
      <w:r>
        <w:t>hodnotení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zohľadňuje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individuálny</w:t>
      </w:r>
      <w:proofErr w:type="spellEnd"/>
      <w:r>
        <w:t xml:space="preserve"> </w:t>
      </w:r>
      <w:proofErr w:type="spellStart"/>
      <w:r>
        <w:t>pokrok</w:t>
      </w:r>
      <w:proofErr w:type="spellEnd"/>
      <w:r>
        <w:t xml:space="preserve"> </w:t>
      </w:r>
      <w:proofErr w:type="spellStart"/>
      <w:r>
        <w:t>žiaka</w:t>
      </w:r>
      <w:proofErr w:type="spellEnd"/>
      <w:r>
        <w:t xml:space="preserve">, </w:t>
      </w:r>
      <w:proofErr w:type="spellStart"/>
      <w:r>
        <w:t>osvojenie</w:t>
      </w:r>
      <w:proofErr w:type="spellEnd"/>
      <w:r>
        <w:t xml:space="preserve"> </w:t>
      </w:r>
      <w:proofErr w:type="spellStart"/>
      <w:r>
        <w:t>vedomostí</w:t>
      </w:r>
      <w:proofErr w:type="spellEnd"/>
      <w:r>
        <w:t xml:space="preserve">,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praktických</w:t>
      </w:r>
      <w:proofErr w:type="spellEnd"/>
      <w:r>
        <w:t xml:space="preserve"> </w:t>
      </w:r>
      <w:proofErr w:type="spellStart"/>
      <w:r>
        <w:t>zručností</w:t>
      </w:r>
      <w:proofErr w:type="spellEnd"/>
      <w:r>
        <w:t xml:space="preserve">, </w:t>
      </w:r>
      <w:proofErr w:type="spellStart"/>
      <w:r>
        <w:t>aktivita</w:t>
      </w:r>
      <w:proofErr w:type="spellEnd"/>
      <w:r>
        <w:t xml:space="preserve">, </w:t>
      </w:r>
      <w:proofErr w:type="spellStart"/>
      <w:r>
        <w:t>tvorivosť</w:t>
      </w:r>
      <w:proofErr w:type="spellEnd"/>
      <w:r>
        <w:t xml:space="preserve">, </w:t>
      </w:r>
      <w:proofErr w:type="spellStart"/>
      <w:r>
        <w:t>schopnosť</w:t>
      </w:r>
      <w:proofErr w:type="spellEnd"/>
      <w:r>
        <w:t xml:space="preserve"> </w:t>
      </w:r>
      <w:proofErr w:type="spellStart"/>
      <w:r>
        <w:t>pracovať</w:t>
      </w:r>
      <w:proofErr w:type="spellEnd"/>
      <w:r>
        <w:t xml:space="preserve"> so </w:t>
      </w:r>
      <w:proofErr w:type="spellStart"/>
      <w:r>
        <w:t>zdrojmi</w:t>
      </w:r>
      <w:proofErr w:type="spellEnd"/>
      <w:r>
        <w:t xml:space="preserve"> a </w:t>
      </w:r>
      <w:proofErr w:type="spellStart"/>
      <w:r>
        <w:t>systematická</w:t>
      </w:r>
      <w:proofErr w:type="spellEnd"/>
      <w:r>
        <w:t xml:space="preserve"> </w:t>
      </w:r>
      <w:proofErr w:type="spellStart"/>
      <w:r>
        <w:t>príprava</w:t>
      </w:r>
      <w:proofErr w:type="spellEnd"/>
      <w:r>
        <w:t>.</w:t>
      </w:r>
    </w:p>
    <w:p w14:paraId="38155BB9" w14:textId="77777777" w:rsidR="00F16BAE" w:rsidRDefault="00821AE6">
      <w:pPr>
        <w:pStyle w:val="Nadpis1"/>
      </w:pPr>
      <w:r>
        <w:rPr>
          <w:rFonts w:ascii="Arial" w:hAnsi="Arial"/>
        </w:rPr>
        <w:t xml:space="preserve">11. </w:t>
      </w:r>
      <w:proofErr w:type="spellStart"/>
      <w:r>
        <w:rPr>
          <w:rFonts w:ascii="Arial" w:hAnsi="Arial"/>
        </w:rPr>
        <w:t>Diferenciácia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individualizácia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podporné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opatrenia</w:t>
      </w:r>
      <w:proofErr w:type="spellEnd"/>
    </w:p>
    <w:p w14:paraId="266C8979" w14:textId="77777777" w:rsidR="00F16BAE" w:rsidRDefault="00821AE6">
      <w:pPr>
        <w:pStyle w:val="Zoznamsodrkami"/>
        <w:spacing w:after="40"/>
      </w:pPr>
      <w:proofErr w:type="spellStart"/>
      <w:r>
        <w:t>úlohy</w:t>
      </w:r>
      <w:proofErr w:type="spellEnd"/>
      <w:r>
        <w:t xml:space="preserve"> s </w:t>
      </w:r>
      <w:proofErr w:type="spellStart"/>
      <w:r>
        <w:t>diferencovanou</w:t>
      </w:r>
      <w:proofErr w:type="spellEnd"/>
      <w:r>
        <w:t xml:space="preserve"> </w:t>
      </w:r>
      <w:proofErr w:type="spellStart"/>
      <w:r>
        <w:t>náročnosťou</w:t>
      </w:r>
      <w:proofErr w:type="spellEnd"/>
      <w:r>
        <w:t>;</w:t>
      </w:r>
    </w:p>
    <w:p w14:paraId="2CE2A274" w14:textId="77777777" w:rsidR="00F16BAE" w:rsidRDefault="00821AE6">
      <w:pPr>
        <w:pStyle w:val="Zoznamsodrkami"/>
        <w:spacing w:after="40"/>
      </w:pPr>
      <w:proofErr w:type="spellStart"/>
      <w:r>
        <w:t>názorné</w:t>
      </w:r>
      <w:proofErr w:type="spellEnd"/>
      <w:r>
        <w:t xml:space="preserve"> </w:t>
      </w:r>
      <w:proofErr w:type="spellStart"/>
      <w:r>
        <w:t>mapové</w:t>
      </w:r>
      <w:proofErr w:type="spellEnd"/>
      <w:r>
        <w:t xml:space="preserve">, </w:t>
      </w:r>
      <w:proofErr w:type="spellStart"/>
      <w:r>
        <w:t>obrazové</w:t>
      </w:r>
      <w:proofErr w:type="spellEnd"/>
      <w:r>
        <w:t xml:space="preserve"> a </w:t>
      </w:r>
      <w:proofErr w:type="spellStart"/>
      <w:r>
        <w:t>grafické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>;</w:t>
      </w:r>
    </w:p>
    <w:p w14:paraId="0D7EF829" w14:textId="77777777" w:rsidR="00F16BAE" w:rsidRDefault="00821AE6">
      <w:pPr>
        <w:pStyle w:val="Zoznamsodrkami"/>
        <w:spacing w:after="40"/>
      </w:pPr>
      <w:proofErr w:type="spellStart"/>
      <w:r>
        <w:t>štruktúrované</w:t>
      </w:r>
      <w:proofErr w:type="spellEnd"/>
      <w:r>
        <w:t xml:space="preserve">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listy</w:t>
      </w:r>
      <w:proofErr w:type="spellEnd"/>
      <w:r>
        <w:t xml:space="preserve"> a </w:t>
      </w:r>
      <w:proofErr w:type="spellStart"/>
      <w:r>
        <w:t>krokované</w:t>
      </w:r>
      <w:proofErr w:type="spellEnd"/>
      <w:r>
        <w:t xml:space="preserve"> </w:t>
      </w:r>
      <w:proofErr w:type="spellStart"/>
      <w:r>
        <w:t>úlohy</w:t>
      </w:r>
      <w:proofErr w:type="spellEnd"/>
      <w:r>
        <w:t>;</w:t>
      </w:r>
    </w:p>
    <w:p w14:paraId="5B030353" w14:textId="77777777" w:rsidR="00F16BAE" w:rsidRDefault="00821AE6">
      <w:pPr>
        <w:pStyle w:val="Zoznamsodrkami"/>
        <w:spacing w:after="40"/>
      </w:pPr>
      <w:proofErr w:type="spellStart"/>
      <w:r>
        <w:t>primeraný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alternatívne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prezentácie</w:t>
      </w:r>
      <w:proofErr w:type="spellEnd"/>
      <w:r>
        <w:t xml:space="preserve"> </w:t>
      </w:r>
      <w:proofErr w:type="spellStart"/>
      <w:r>
        <w:t>výsledku</w:t>
      </w:r>
      <w:proofErr w:type="spellEnd"/>
      <w:r>
        <w:t>;</w:t>
      </w:r>
    </w:p>
    <w:p w14:paraId="1DA37D77" w14:textId="77777777" w:rsidR="00F16BAE" w:rsidRDefault="00821AE6">
      <w:pPr>
        <w:pStyle w:val="Zoznamsodrkami"/>
        <w:spacing w:after="40"/>
      </w:pPr>
      <w:proofErr w:type="spellStart"/>
      <w:r>
        <w:t>rozširujúce</w:t>
      </w:r>
      <w:proofErr w:type="spellEnd"/>
      <w:r>
        <w:t xml:space="preserve"> </w:t>
      </w:r>
      <w:proofErr w:type="spellStart"/>
      <w:r>
        <w:t>úlohy</w:t>
      </w:r>
      <w:proofErr w:type="spellEnd"/>
      <w:r>
        <w:t xml:space="preserve"> pre </w:t>
      </w:r>
      <w:proofErr w:type="spellStart"/>
      <w:r>
        <w:t>nadaných</w:t>
      </w:r>
      <w:proofErr w:type="spellEnd"/>
      <w:r>
        <w:t xml:space="preserve"> </w:t>
      </w:r>
      <w:proofErr w:type="spellStart"/>
      <w:r>
        <w:t>žiakov</w:t>
      </w:r>
      <w:proofErr w:type="spellEnd"/>
      <w:r>
        <w:t>;</w:t>
      </w:r>
    </w:p>
    <w:p w14:paraId="241110CE" w14:textId="77777777" w:rsidR="00F16BAE" w:rsidRDefault="00821AE6">
      <w:pPr>
        <w:pStyle w:val="Zoznamsodrkami"/>
        <w:spacing w:after="40"/>
      </w:pPr>
      <w:proofErr w:type="spellStart"/>
      <w:r>
        <w:t>rešpektovanie</w:t>
      </w:r>
      <w:proofErr w:type="spellEnd"/>
      <w:r>
        <w:t xml:space="preserve"> </w:t>
      </w:r>
      <w:proofErr w:type="spellStart"/>
      <w:r>
        <w:t>podporných</w:t>
      </w:r>
      <w:proofErr w:type="spellEnd"/>
      <w:r>
        <w:t xml:space="preserve"> </w:t>
      </w:r>
      <w:proofErr w:type="spellStart"/>
      <w:r>
        <w:t>opatrení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odporúčaní</w:t>
      </w:r>
      <w:proofErr w:type="spellEnd"/>
      <w:r>
        <w:t xml:space="preserve"> </w:t>
      </w:r>
      <w:proofErr w:type="spellStart"/>
      <w:r>
        <w:t>zariadení</w:t>
      </w:r>
      <w:proofErr w:type="spellEnd"/>
      <w:r>
        <w:t xml:space="preserve"> </w:t>
      </w:r>
      <w:proofErr w:type="spellStart"/>
      <w:r>
        <w:t>poradenstva</w:t>
      </w:r>
      <w:proofErr w:type="spellEnd"/>
      <w:r>
        <w:t xml:space="preserve"> a </w:t>
      </w:r>
      <w:proofErr w:type="spellStart"/>
      <w:r>
        <w:t>prevencie</w:t>
      </w:r>
      <w:proofErr w:type="spellEnd"/>
      <w:r>
        <w:t>.</w:t>
      </w:r>
    </w:p>
    <w:p w14:paraId="3DBE68C2" w14:textId="77777777" w:rsidR="00F16BAE" w:rsidRDefault="00821AE6">
      <w:pPr>
        <w:pStyle w:val="Nadpis1"/>
      </w:pPr>
      <w:r>
        <w:rPr>
          <w:rFonts w:ascii="Arial" w:hAnsi="Arial"/>
        </w:rPr>
        <w:t xml:space="preserve">12. </w:t>
      </w:r>
      <w:proofErr w:type="spellStart"/>
      <w:r>
        <w:rPr>
          <w:rFonts w:ascii="Arial" w:hAnsi="Arial"/>
        </w:rPr>
        <w:t>Minimálny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výkonový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</w:p>
    <w:p w14:paraId="4CC59D9D" w14:textId="77777777" w:rsidR="00F16BAE" w:rsidRDefault="00821AE6">
      <w:pPr>
        <w:pStyle w:val="Zoznamsodrkami"/>
        <w:spacing w:after="40"/>
      </w:pPr>
      <w:proofErr w:type="spellStart"/>
      <w:r>
        <w:t>lokalizuje</w:t>
      </w:r>
      <w:proofErr w:type="spellEnd"/>
      <w:r>
        <w:t xml:space="preserve"> </w:t>
      </w:r>
      <w:proofErr w:type="spellStart"/>
      <w:r>
        <w:t>Slovensko</w:t>
      </w:r>
      <w:proofErr w:type="spellEnd"/>
      <w:r>
        <w:t xml:space="preserve"> a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susedné</w:t>
      </w:r>
      <w:proofErr w:type="spellEnd"/>
      <w:r>
        <w:t xml:space="preserve"> </w:t>
      </w:r>
      <w:proofErr w:type="spellStart"/>
      <w:r>
        <w:t>štáty</w:t>
      </w:r>
      <w:proofErr w:type="spellEnd"/>
      <w:r>
        <w:t>;</w:t>
      </w:r>
    </w:p>
    <w:p w14:paraId="543C6048" w14:textId="77777777" w:rsidR="00F16BAE" w:rsidRDefault="00821AE6">
      <w:pPr>
        <w:pStyle w:val="Zoznamsodrkami"/>
        <w:spacing w:after="40"/>
      </w:pPr>
      <w:proofErr w:type="spellStart"/>
      <w:r>
        <w:t>na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ukáže</w:t>
      </w:r>
      <w:proofErr w:type="spellEnd"/>
      <w:r>
        <w:t xml:space="preserve"> </w:t>
      </w:r>
      <w:proofErr w:type="spellStart"/>
      <w:r>
        <w:t>hlavné</w:t>
      </w:r>
      <w:proofErr w:type="spellEnd"/>
      <w:r>
        <w:t xml:space="preserve"> </w:t>
      </w:r>
      <w:proofErr w:type="spellStart"/>
      <w:r>
        <w:t>pohoria</w:t>
      </w:r>
      <w:proofErr w:type="spellEnd"/>
      <w:r>
        <w:t xml:space="preserve">, </w:t>
      </w:r>
      <w:proofErr w:type="spellStart"/>
      <w:r>
        <w:t>nížiny</w:t>
      </w:r>
      <w:proofErr w:type="spellEnd"/>
      <w:r>
        <w:t xml:space="preserve">, </w:t>
      </w:r>
      <w:proofErr w:type="spellStart"/>
      <w:r>
        <w:t>kotliny</w:t>
      </w:r>
      <w:proofErr w:type="spellEnd"/>
      <w:r>
        <w:t xml:space="preserve">, </w:t>
      </w:r>
      <w:proofErr w:type="spellStart"/>
      <w:r>
        <w:t>rieky</w:t>
      </w:r>
      <w:proofErr w:type="spellEnd"/>
      <w:r>
        <w:t xml:space="preserve"> a </w:t>
      </w:r>
      <w:proofErr w:type="spellStart"/>
      <w:r>
        <w:t>vybrané</w:t>
      </w:r>
      <w:proofErr w:type="spellEnd"/>
      <w:r>
        <w:t xml:space="preserve"> </w:t>
      </w:r>
      <w:proofErr w:type="spellStart"/>
      <w:r>
        <w:t>chránené</w:t>
      </w:r>
      <w:proofErr w:type="spellEnd"/>
      <w:r>
        <w:t xml:space="preserve"> </w:t>
      </w:r>
      <w:proofErr w:type="spellStart"/>
      <w:r>
        <w:t>územia</w:t>
      </w:r>
      <w:proofErr w:type="spellEnd"/>
      <w:r>
        <w:t>;</w:t>
      </w:r>
    </w:p>
    <w:p w14:paraId="2B46989A" w14:textId="77777777" w:rsidR="00F16BAE" w:rsidRDefault="00821AE6">
      <w:pPr>
        <w:pStyle w:val="Zoznamsodrkami"/>
        <w:spacing w:after="40"/>
      </w:pPr>
      <w:proofErr w:type="spellStart"/>
      <w:r>
        <w:t>vysvetlí</w:t>
      </w:r>
      <w:proofErr w:type="spellEnd"/>
      <w:r>
        <w:t xml:space="preserve">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znaky</w:t>
      </w:r>
      <w:proofErr w:type="spellEnd"/>
      <w:r>
        <w:t xml:space="preserve"> </w:t>
      </w:r>
      <w:proofErr w:type="spellStart"/>
      <w:r>
        <w:t>podnebia</w:t>
      </w:r>
      <w:proofErr w:type="spellEnd"/>
      <w:r>
        <w:t xml:space="preserve">, </w:t>
      </w:r>
      <w:proofErr w:type="spellStart"/>
      <w:r>
        <w:t>vodstva</w:t>
      </w:r>
      <w:proofErr w:type="spellEnd"/>
      <w:r>
        <w:t xml:space="preserve"> a </w:t>
      </w:r>
      <w:proofErr w:type="spellStart"/>
      <w:r>
        <w:t>vegetačných</w:t>
      </w:r>
      <w:proofErr w:type="spellEnd"/>
      <w:r>
        <w:t xml:space="preserve"> </w:t>
      </w:r>
      <w:proofErr w:type="spellStart"/>
      <w:r>
        <w:t>stupňov</w:t>
      </w:r>
      <w:proofErr w:type="spellEnd"/>
      <w:r>
        <w:t>;</w:t>
      </w:r>
    </w:p>
    <w:p w14:paraId="4E591BBE" w14:textId="77777777" w:rsidR="00F16BAE" w:rsidRDefault="00821AE6">
      <w:pPr>
        <w:pStyle w:val="Zoznamsodrkami"/>
        <w:spacing w:after="40"/>
      </w:pPr>
      <w:proofErr w:type="spellStart"/>
      <w:r>
        <w:t>charakterizuje</w:t>
      </w:r>
      <w:proofErr w:type="spellEnd"/>
      <w:r>
        <w:t xml:space="preserve"> </w:t>
      </w:r>
      <w:proofErr w:type="spellStart"/>
      <w:r>
        <w:t>obyvateľstvo</w:t>
      </w:r>
      <w:proofErr w:type="spellEnd"/>
      <w:r>
        <w:t xml:space="preserve">, </w:t>
      </w:r>
      <w:proofErr w:type="spellStart"/>
      <w:r>
        <w:t>sídla</w:t>
      </w:r>
      <w:proofErr w:type="spellEnd"/>
      <w:r>
        <w:t xml:space="preserve"> a </w:t>
      </w:r>
      <w:proofErr w:type="spellStart"/>
      <w:r>
        <w:t>hlavné</w:t>
      </w:r>
      <w:proofErr w:type="spellEnd"/>
      <w:r>
        <w:t xml:space="preserve"> </w:t>
      </w:r>
      <w:proofErr w:type="spellStart"/>
      <w:r>
        <w:t>hospodárske</w:t>
      </w:r>
      <w:proofErr w:type="spellEnd"/>
      <w:r>
        <w:t xml:space="preserve"> </w:t>
      </w:r>
      <w:proofErr w:type="spellStart"/>
      <w:r>
        <w:t>odvetvia</w:t>
      </w:r>
      <w:proofErr w:type="spellEnd"/>
      <w:r>
        <w:t>;</w:t>
      </w:r>
    </w:p>
    <w:p w14:paraId="4B8A3305" w14:textId="77777777" w:rsidR="00F16BAE" w:rsidRDefault="00821AE6">
      <w:pPr>
        <w:pStyle w:val="Zoznamsodrkami"/>
        <w:spacing w:after="40"/>
      </w:pPr>
      <w:proofErr w:type="spellStart"/>
      <w:r>
        <w:t>pozná</w:t>
      </w:r>
      <w:proofErr w:type="spellEnd"/>
      <w:r>
        <w:t xml:space="preserve"> </w:t>
      </w:r>
      <w:proofErr w:type="spellStart"/>
      <w:r>
        <w:t>krajské</w:t>
      </w:r>
      <w:proofErr w:type="spellEnd"/>
      <w:r>
        <w:t xml:space="preserve"> </w:t>
      </w:r>
      <w:proofErr w:type="spellStart"/>
      <w:r>
        <w:t>mestá</w:t>
      </w:r>
      <w:proofErr w:type="spellEnd"/>
      <w:r>
        <w:t xml:space="preserve"> a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charakteristiky</w:t>
      </w:r>
      <w:proofErr w:type="spellEnd"/>
      <w:r>
        <w:t xml:space="preserve"> </w:t>
      </w:r>
      <w:proofErr w:type="spellStart"/>
      <w:r>
        <w:t>regiónov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>;</w:t>
      </w:r>
    </w:p>
    <w:p w14:paraId="0FD42F58" w14:textId="77777777" w:rsidR="00F16BAE" w:rsidRDefault="00821AE6">
      <w:pPr>
        <w:pStyle w:val="Zoznamsodrkami"/>
        <w:spacing w:after="40"/>
      </w:pPr>
      <w:proofErr w:type="spellStart"/>
      <w:r>
        <w:t>pracuje</w:t>
      </w:r>
      <w:proofErr w:type="spellEnd"/>
      <w:r>
        <w:t xml:space="preserve"> so </w:t>
      </w:r>
      <w:proofErr w:type="spellStart"/>
      <w:r>
        <w:t>slepou</w:t>
      </w:r>
      <w:proofErr w:type="spellEnd"/>
      <w:r>
        <w:t xml:space="preserve"> mapou a </w:t>
      </w:r>
      <w:proofErr w:type="spellStart"/>
      <w:r>
        <w:t>tematickou</w:t>
      </w:r>
      <w:proofErr w:type="spellEnd"/>
      <w:r>
        <w:t xml:space="preserve"> mapou;</w:t>
      </w:r>
    </w:p>
    <w:p w14:paraId="5A29055B" w14:textId="77777777" w:rsidR="00F16BAE" w:rsidRDefault="00821AE6">
      <w:pPr>
        <w:pStyle w:val="Zoznamsodrkami"/>
        <w:spacing w:after="40"/>
      </w:pPr>
      <w:proofErr w:type="spellStart"/>
      <w:r>
        <w:t>uvedie</w:t>
      </w:r>
      <w:proofErr w:type="spellEnd"/>
      <w:r>
        <w:t xml:space="preserve"> </w:t>
      </w:r>
      <w:proofErr w:type="spellStart"/>
      <w:r>
        <w:t>príklady</w:t>
      </w:r>
      <w:proofErr w:type="spellEnd"/>
      <w:r>
        <w:t xml:space="preserve"> </w:t>
      </w:r>
      <w:proofErr w:type="spellStart"/>
      <w:r>
        <w:t>prírodného</w:t>
      </w:r>
      <w:proofErr w:type="spellEnd"/>
      <w:r>
        <w:t xml:space="preserve"> a </w:t>
      </w:r>
      <w:proofErr w:type="spellStart"/>
      <w:r>
        <w:t>kultúrneho</w:t>
      </w:r>
      <w:proofErr w:type="spellEnd"/>
      <w:r>
        <w:t xml:space="preserve"> </w:t>
      </w:r>
      <w:proofErr w:type="spellStart"/>
      <w:r>
        <w:t>dedičstva</w:t>
      </w:r>
      <w:proofErr w:type="spellEnd"/>
      <w:r>
        <w:t xml:space="preserve"> UNESCO;</w:t>
      </w:r>
    </w:p>
    <w:p w14:paraId="72BF4B59" w14:textId="77777777" w:rsidR="00F16BAE" w:rsidRDefault="00821AE6">
      <w:pPr>
        <w:pStyle w:val="Zoznamsodrkami"/>
        <w:spacing w:after="40"/>
      </w:pPr>
      <w:proofErr w:type="spellStart"/>
      <w:r>
        <w:t>dokáže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porovnať</w:t>
      </w:r>
      <w:proofErr w:type="spellEnd"/>
      <w:r>
        <w:t xml:space="preserve"> </w:t>
      </w:r>
      <w:proofErr w:type="spellStart"/>
      <w:r>
        <w:t>vybrané</w:t>
      </w:r>
      <w:proofErr w:type="spellEnd"/>
      <w:r>
        <w:t xml:space="preserve"> </w:t>
      </w:r>
      <w:proofErr w:type="spellStart"/>
      <w:r>
        <w:t>regióny</w:t>
      </w:r>
      <w:proofErr w:type="spellEnd"/>
      <w:r>
        <w:t xml:space="preserve"> a </w:t>
      </w:r>
      <w:proofErr w:type="spellStart"/>
      <w:r>
        <w:t>pomenovať</w:t>
      </w:r>
      <w:proofErr w:type="spellEnd"/>
      <w:r>
        <w:t xml:space="preserve"> ich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rozvoja</w:t>
      </w:r>
      <w:proofErr w:type="spellEnd"/>
      <w:r>
        <w:t>.</w:t>
      </w:r>
    </w:p>
    <w:p w14:paraId="2FBA86A0" w14:textId="77777777" w:rsidR="00F16BAE" w:rsidRDefault="00821AE6">
      <w:pPr>
        <w:pStyle w:val="Nadpis1"/>
      </w:pPr>
      <w:r>
        <w:t>13. UČEBNÉ ZDROJE, POMÔCKY A MATERIÁLNO-TECHNICKÉ ZABEZPEČENIE</w:t>
      </w:r>
    </w:p>
    <w:p w14:paraId="21CB742E" w14:textId="77777777" w:rsidR="00F16BAE" w:rsidRDefault="00821AE6">
      <w:pPr>
        <w:pStyle w:val="Zoznamsodrkami"/>
        <w:spacing w:after="40"/>
      </w:pPr>
      <w:proofErr w:type="spellStart"/>
      <w:r>
        <w:t>učebnica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aktuálneho</w:t>
      </w:r>
      <w:proofErr w:type="spellEnd"/>
      <w:r>
        <w:t xml:space="preserve"> </w:t>
      </w:r>
      <w:proofErr w:type="spellStart"/>
      <w:r>
        <w:t>učebnicového</w:t>
      </w:r>
      <w:proofErr w:type="spellEnd"/>
      <w:r>
        <w:t xml:space="preserve"> fondu </w:t>
      </w:r>
      <w:proofErr w:type="spellStart"/>
      <w:r>
        <w:t>školy</w:t>
      </w:r>
      <w:proofErr w:type="spellEnd"/>
      <w:r>
        <w:t>;</w:t>
      </w:r>
    </w:p>
    <w:p w14:paraId="1534CA34" w14:textId="77777777" w:rsidR="00F16BAE" w:rsidRDefault="00821AE6">
      <w:pPr>
        <w:pStyle w:val="Zoznamsodrkami"/>
        <w:spacing w:after="40"/>
      </w:pPr>
      <w:proofErr w:type="spellStart"/>
      <w:r>
        <w:t>geografický</w:t>
      </w:r>
      <w:proofErr w:type="spellEnd"/>
      <w:r>
        <w:t xml:space="preserve"> atlas;</w:t>
      </w:r>
    </w:p>
    <w:p w14:paraId="253DD6ED" w14:textId="77777777" w:rsidR="00F16BAE" w:rsidRDefault="00821AE6">
      <w:pPr>
        <w:pStyle w:val="Zoznamsodrkami"/>
        <w:spacing w:after="40"/>
      </w:pPr>
      <w:proofErr w:type="spellStart"/>
      <w:r>
        <w:t>nástenné</w:t>
      </w:r>
      <w:proofErr w:type="spellEnd"/>
      <w:r>
        <w:t xml:space="preserve"> a </w:t>
      </w:r>
      <w:proofErr w:type="spellStart"/>
      <w:r>
        <w:t>tematické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</w:t>
      </w:r>
      <w:proofErr w:type="spellStart"/>
      <w:r>
        <w:t>Slovenska</w:t>
      </w:r>
      <w:proofErr w:type="spellEnd"/>
      <w:r>
        <w:t>;</w:t>
      </w:r>
    </w:p>
    <w:p w14:paraId="506B181D" w14:textId="77777777" w:rsidR="00F16BAE" w:rsidRDefault="00821AE6">
      <w:pPr>
        <w:pStyle w:val="Zoznamsodrkami"/>
        <w:spacing w:after="40"/>
      </w:pPr>
      <w:proofErr w:type="spellStart"/>
      <w:r>
        <w:t>slepé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a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listy</w:t>
      </w:r>
      <w:proofErr w:type="spellEnd"/>
      <w:r>
        <w:t>;</w:t>
      </w:r>
    </w:p>
    <w:p w14:paraId="3788FE75" w14:textId="77777777" w:rsidR="00F16BAE" w:rsidRDefault="00821AE6">
      <w:pPr>
        <w:pStyle w:val="Zoznamsodrkami"/>
        <w:spacing w:after="40"/>
      </w:pP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overené</w:t>
      </w:r>
      <w:proofErr w:type="spellEnd"/>
      <w:r>
        <w:t xml:space="preserve"> </w:t>
      </w:r>
      <w:proofErr w:type="spellStart"/>
      <w:r>
        <w:t>internetové</w:t>
      </w:r>
      <w:proofErr w:type="spellEnd"/>
      <w:r>
        <w:t xml:space="preserve"> </w:t>
      </w:r>
      <w:proofErr w:type="spellStart"/>
      <w:r>
        <w:t>zdroje</w:t>
      </w:r>
      <w:proofErr w:type="spellEnd"/>
      <w:r>
        <w:t>;</w:t>
      </w:r>
    </w:p>
    <w:p w14:paraId="1D9693E4" w14:textId="77777777" w:rsidR="00F16BAE" w:rsidRDefault="00821AE6">
      <w:pPr>
        <w:pStyle w:val="Zoznamsodrkami"/>
        <w:spacing w:after="40"/>
      </w:pPr>
      <w:proofErr w:type="spellStart"/>
      <w:r>
        <w:t>interaktívna</w:t>
      </w:r>
      <w:proofErr w:type="spellEnd"/>
      <w:r>
        <w:t xml:space="preserve"> </w:t>
      </w:r>
      <w:proofErr w:type="spellStart"/>
      <w:r>
        <w:t>tabuľa</w:t>
      </w:r>
      <w:proofErr w:type="spellEnd"/>
      <w:r>
        <w:t xml:space="preserve">, </w:t>
      </w:r>
      <w:proofErr w:type="spellStart"/>
      <w:r>
        <w:t>počítač</w:t>
      </w:r>
      <w:proofErr w:type="spellEnd"/>
      <w:r>
        <w:t xml:space="preserve">/tablet a </w:t>
      </w:r>
      <w:proofErr w:type="spellStart"/>
      <w:r>
        <w:t>prezentačná</w:t>
      </w:r>
      <w:proofErr w:type="spellEnd"/>
      <w:r>
        <w:t xml:space="preserve"> </w:t>
      </w:r>
      <w:proofErr w:type="spellStart"/>
      <w:r>
        <w:t>technika</w:t>
      </w:r>
      <w:proofErr w:type="spellEnd"/>
      <w:r>
        <w:t>;</w:t>
      </w:r>
    </w:p>
    <w:p w14:paraId="34B44CF3" w14:textId="77777777" w:rsidR="00F16BAE" w:rsidRDefault="00821AE6">
      <w:pPr>
        <w:pStyle w:val="Zoznamsodrkami"/>
        <w:spacing w:after="40"/>
      </w:pPr>
      <w:proofErr w:type="spellStart"/>
      <w:r>
        <w:t>grafy</w:t>
      </w:r>
      <w:proofErr w:type="spellEnd"/>
      <w:r>
        <w:t xml:space="preserve">, </w:t>
      </w:r>
      <w:proofErr w:type="spellStart"/>
      <w:r>
        <w:t>tabuľky</w:t>
      </w:r>
      <w:proofErr w:type="spellEnd"/>
      <w:r>
        <w:t xml:space="preserve">, </w:t>
      </w:r>
      <w:proofErr w:type="spellStart"/>
      <w:r>
        <w:t>štatistické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, </w:t>
      </w:r>
      <w:proofErr w:type="spellStart"/>
      <w:r>
        <w:t>fotografie</w:t>
      </w:r>
      <w:proofErr w:type="spellEnd"/>
      <w:r>
        <w:t xml:space="preserve">, </w:t>
      </w:r>
      <w:proofErr w:type="spellStart"/>
      <w:r>
        <w:t>schémy</w:t>
      </w:r>
      <w:proofErr w:type="spellEnd"/>
      <w:r>
        <w:t xml:space="preserve"> a </w:t>
      </w:r>
      <w:proofErr w:type="spellStart"/>
      <w:r>
        <w:t>videá</w:t>
      </w:r>
      <w:proofErr w:type="spellEnd"/>
      <w:r>
        <w:t>.</w:t>
      </w:r>
    </w:p>
    <w:p w14:paraId="03F8C5D2" w14:textId="77777777" w:rsidR="00F16BAE" w:rsidRDefault="00821AE6">
      <w:pPr>
        <w:pStyle w:val="Nadpis1"/>
      </w:pPr>
      <w:r>
        <w:rPr>
          <w:rFonts w:ascii="Arial" w:hAnsi="Arial"/>
        </w:rPr>
        <w:t xml:space="preserve">14. </w:t>
      </w:r>
      <w:proofErr w:type="spellStart"/>
      <w:r>
        <w:rPr>
          <w:rFonts w:ascii="Arial" w:hAnsi="Arial"/>
        </w:rPr>
        <w:t>Väzba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ŠVP, </w:t>
      </w:r>
      <w:proofErr w:type="spellStart"/>
      <w:r>
        <w:rPr>
          <w:rFonts w:ascii="Arial" w:hAnsi="Arial"/>
        </w:rPr>
        <w:t>vzdelávací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kontrola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plnenia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74391529" w14:textId="77777777">
        <w:trPr>
          <w:tblHeader/>
        </w:trPr>
        <w:tc>
          <w:tcPr>
            <w:tcW w:w="5270" w:type="dxa"/>
            <w:shd w:val="clear" w:color="auto" w:fill="B7D7EA"/>
            <w:vAlign w:val="center"/>
          </w:tcPr>
          <w:p w14:paraId="79C9BDF6" w14:textId="77777777" w:rsidR="00F16BAE" w:rsidRDefault="00821AE6">
            <w:proofErr w:type="spellStart"/>
            <w:r>
              <w:rPr>
                <w:b/>
                <w:sz w:val="17"/>
              </w:rPr>
              <w:t>Požiadavka</w:t>
            </w:r>
            <w:proofErr w:type="spellEnd"/>
          </w:p>
        </w:tc>
        <w:tc>
          <w:tcPr>
            <w:tcW w:w="5270" w:type="dxa"/>
            <w:shd w:val="clear" w:color="auto" w:fill="B7D7EA"/>
            <w:vAlign w:val="center"/>
          </w:tcPr>
          <w:p w14:paraId="4B897ACE" w14:textId="77777777" w:rsidR="00F16BAE" w:rsidRDefault="00821AE6">
            <w:proofErr w:type="spellStart"/>
            <w:r>
              <w:rPr>
                <w:b/>
                <w:sz w:val="17"/>
              </w:rPr>
              <w:t>Hodiny</w:t>
            </w:r>
            <w:proofErr w:type="spellEnd"/>
          </w:p>
        </w:tc>
      </w:tr>
      <w:tr w:rsidR="00F16BAE" w14:paraId="61FA351B" w14:textId="77777777">
        <w:tc>
          <w:tcPr>
            <w:tcW w:w="5270" w:type="dxa"/>
            <w:vAlign w:val="center"/>
          </w:tcPr>
          <w:p w14:paraId="4CEDCE6A" w14:textId="77777777" w:rsidR="00F16BAE" w:rsidRDefault="00821AE6">
            <w:proofErr w:type="spellStart"/>
            <w:r>
              <w:rPr>
                <w:b/>
                <w:sz w:val="16"/>
              </w:rPr>
              <w:lastRenderedPageBreak/>
              <w:t>Poloha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Slovenska</w:t>
            </w:r>
            <w:proofErr w:type="spellEnd"/>
          </w:p>
        </w:tc>
        <w:tc>
          <w:tcPr>
            <w:tcW w:w="5270" w:type="dxa"/>
            <w:vAlign w:val="center"/>
          </w:tcPr>
          <w:p w14:paraId="5A14908C" w14:textId="77777777" w:rsidR="00F16BAE" w:rsidRDefault="00821AE6">
            <w:r>
              <w:rPr>
                <w:sz w:val="16"/>
              </w:rPr>
              <w:t>2–4</w:t>
            </w:r>
          </w:p>
        </w:tc>
      </w:tr>
      <w:tr w:rsidR="00F16BAE" w14:paraId="228D6781" w14:textId="77777777">
        <w:tc>
          <w:tcPr>
            <w:tcW w:w="5270" w:type="dxa"/>
            <w:vAlign w:val="center"/>
          </w:tcPr>
          <w:p w14:paraId="56D43C60" w14:textId="77777777" w:rsidR="00F16BAE" w:rsidRDefault="00821AE6">
            <w:proofErr w:type="spellStart"/>
            <w:r>
              <w:rPr>
                <w:b/>
                <w:sz w:val="16"/>
              </w:rPr>
              <w:t>Povrch</w:t>
            </w:r>
            <w:proofErr w:type="spellEnd"/>
          </w:p>
        </w:tc>
        <w:tc>
          <w:tcPr>
            <w:tcW w:w="5270" w:type="dxa"/>
            <w:vAlign w:val="center"/>
          </w:tcPr>
          <w:p w14:paraId="271D1A79" w14:textId="77777777" w:rsidR="00F16BAE" w:rsidRDefault="00821AE6">
            <w:r>
              <w:rPr>
                <w:sz w:val="16"/>
              </w:rPr>
              <w:t>5–6</w:t>
            </w:r>
          </w:p>
        </w:tc>
      </w:tr>
      <w:tr w:rsidR="00F16BAE" w14:paraId="7AD16F8D" w14:textId="77777777">
        <w:tc>
          <w:tcPr>
            <w:tcW w:w="5270" w:type="dxa"/>
            <w:vAlign w:val="center"/>
          </w:tcPr>
          <w:p w14:paraId="25C887A6" w14:textId="77777777" w:rsidR="00F16BAE" w:rsidRDefault="00821AE6">
            <w:proofErr w:type="spellStart"/>
            <w:r>
              <w:rPr>
                <w:b/>
                <w:sz w:val="16"/>
              </w:rPr>
              <w:t>Podnebie</w:t>
            </w:r>
            <w:proofErr w:type="spellEnd"/>
          </w:p>
        </w:tc>
        <w:tc>
          <w:tcPr>
            <w:tcW w:w="5270" w:type="dxa"/>
            <w:vAlign w:val="center"/>
          </w:tcPr>
          <w:p w14:paraId="19089F3C" w14:textId="77777777" w:rsidR="00F16BAE" w:rsidRDefault="00821AE6">
            <w:r>
              <w:rPr>
                <w:sz w:val="16"/>
              </w:rPr>
              <w:t>7</w:t>
            </w:r>
          </w:p>
        </w:tc>
      </w:tr>
      <w:tr w:rsidR="00F16BAE" w14:paraId="2D085411" w14:textId="77777777">
        <w:tc>
          <w:tcPr>
            <w:tcW w:w="5270" w:type="dxa"/>
            <w:vAlign w:val="center"/>
          </w:tcPr>
          <w:p w14:paraId="4FB15B40" w14:textId="77777777" w:rsidR="00F16BAE" w:rsidRDefault="00821AE6">
            <w:proofErr w:type="spellStart"/>
            <w:r>
              <w:rPr>
                <w:b/>
                <w:sz w:val="16"/>
              </w:rPr>
              <w:t>Vodstvo</w:t>
            </w:r>
            <w:proofErr w:type="spellEnd"/>
          </w:p>
        </w:tc>
        <w:tc>
          <w:tcPr>
            <w:tcW w:w="5270" w:type="dxa"/>
            <w:vAlign w:val="center"/>
          </w:tcPr>
          <w:p w14:paraId="620676CC" w14:textId="77777777" w:rsidR="00F16BAE" w:rsidRDefault="00821AE6">
            <w:r>
              <w:rPr>
                <w:sz w:val="16"/>
              </w:rPr>
              <w:t>8–9</w:t>
            </w:r>
          </w:p>
        </w:tc>
      </w:tr>
      <w:tr w:rsidR="00F16BAE" w14:paraId="45A3D0B8" w14:textId="77777777">
        <w:tc>
          <w:tcPr>
            <w:tcW w:w="5270" w:type="dxa"/>
            <w:vAlign w:val="center"/>
          </w:tcPr>
          <w:p w14:paraId="338DCF7E" w14:textId="77777777" w:rsidR="00F16BAE" w:rsidRDefault="00821AE6">
            <w:proofErr w:type="spellStart"/>
            <w:r>
              <w:rPr>
                <w:b/>
                <w:sz w:val="16"/>
              </w:rPr>
              <w:t>Vegetácia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živočíšstvo</w:t>
            </w:r>
            <w:proofErr w:type="spellEnd"/>
          </w:p>
        </w:tc>
        <w:tc>
          <w:tcPr>
            <w:tcW w:w="5270" w:type="dxa"/>
            <w:vAlign w:val="center"/>
          </w:tcPr>
          <w:p w14:paraId="625DDAE8" w14:textId="77777777" w:rsidR="00F16BAE" w:rsidRDefault="00821AE6">
            <w:r>
              <w:rPr>
                <w:sz w:val="16"/>
              </w:rPr>
              <w:t>10</w:t>
            </w:r>
          </w:p>
        </w:tc>
      </w:tr>
      <w:tr w:rsidR="00F16BAE" w14:paraId="44E805D4" w14:textId="77777777">
        <w:tc>
          <w:tcPr>
            <w:tcW w:w="5270" w:type="dxa"/>
            <w:vAlign w:val="center"/>
          </w:tcPr>
          <w:p w14:paraId="388B05E6" w14:textId="77777777" w:rsidR="00F16BAE" w:rsidRDefault="00821AE6">
            <w:proofErr w:type="spellStart"/>
            <w:r>
              <w:rPr>
                <w:b/>
                <w:sz w:val="16"/>
              </w:rPr>
              <w:t>Chránené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územia</w:t>
            </w:r>
            <w:proofErr w:type="spellEnd"/>
          </w:p>
        </w:tc>
        <w:tc>
          <w:tcPr>
            <w:tcW w:w="5270" w:type="dxa"/>
            <w:vAlign w:val="center"/>
          </w:tcPr>
          <w:p w14:paraId="486E2757" w14:textId="77777777" w:rsidR="00F16BAE" w:rsidRDefault="00821AE6">
            <w:r>
              <w:rPr>
                <w:sz w:val="16"/>
              </w:rPr>
              <w:t>11</w:t>
            </w:r>
          </w:p>
        </w:tc>
      </w:tr>
      <w:tr w:rsidR="00F16BAE" w14:paraId="3EAC8C82" w14:textId="77777777">
        <w:tc>
          <w:tcPr>
            <w:tcW w:w="5270" w:type="dxa"/>
            <w:vAlign w:val="center"/>
          </w:tcPr>
          <w:p w14:paraId="14346BF6" w14:textId="77777777" w:rsidR="00F16BAE" w:rsidRDefault="00821AE6">
            <w:proofErr w:type="spellStart"/>
            <w:r>
              <w:rPr>
                <w:b/>
                <w:sz w:val="16"/>
              </w:rPr>
              <w:t>História</w:t>
            </w:r>
            <w:proofErr w:type="spellEnd"/>
          </w:p>
        </w:tc>
        <w:tc>
          <w:tcPr>
            <w:tcW w:w="5270" w:type="dxa"/>
            <w:vAlign w:val="center"/>
          </w:tcPr>
          <w:p w14:paraId="3A1E7CF5" w14:textId="77777777" w:rsidR="00F16BAE" w:rsidRDefault="00821AE6">
            <w:r>
              <w:rPr>
                <w:sz w:val="16"/>
              </w:rPr>
              <w:t>12</w:t>
            </w:r>
          </w:p>
        </w:tc>
      </w:tr>
      <w:tr w:rsidR="00F16BAE" w14:paraId="0120BFB2" w14:textId="77777777">
        <w:tc>
          <w:tcPr>
            <w:tcW w:w="5270" w:type="dxa"/>
            <w:vAlign w:val="center"/>
          </w:tcPr>
          <w:p w14:paraId="7C973855" w14:textId="77777777" w:rsidR="00F16BAE" w:rsidRDefault="00821AE6">
            <w:proofErr w:type="spellStart"/>
            <w:r>
              <w:rPr>
                <w:b/>
                <w:sz w:val="16"/>
              </w:rPr>
              <w:t>Obyvateľstvo</w:t>
            </w:r>
            <w:proofErr w:type="spellEnd"/>
          </w:p>
        </w:tc>
        <w:tc>
          <w:tcPr>
            <w:tcW w:w="5270" w:type="dxa"/>
            <w:vAlign w:val="center"/>
          </w:tcPr>
          <w:p w14:paraId="5058FE4D" w14:textId="77777777" w:rsidR="00F16BAE" w:rsidRDefault="00821AE6">
            <w:r>
              <w:rPr>
                <w:sz w:val="16"/>
              </w:rPr>
              <w:t>13</w:t>
            </w:r>
          </w:p>
        </w:tc>
      </w:tr>
      <w:tr w:rsidR="00F16BAE" w14:paraId="59F69355" w14:textId="77777777">
        <w:tc>
          <w:tcPr>
            <w:tcW w:w="5270" w:type="dxa"/>
            <w:vAlign w:val="center"/>
          </w:tcPr>
          <w:p w14:paraId="6066BC78" w14:textId="77777777" w:rsidR="00F16BAE" w:rsidRDefault="00821AE6">
            <w:proofErr w:type="spellStart"/>
            <w:r>
              <w:rPr>
                <w:b/>
                <w:sz w:val="16"/>
              </w:rPr>
              <w:t>Sídla</w:t>
            </w:r>
            <w:proofErr w:type="spellEnd"/>
          </w:p>
        </w:tc>
        <w:tc>
          <w:tcPr>
            <w:tcW w:w="5270" w:type="dxa"/>
            <w:vAlign w:val="center"/>
          </w:tcPr>
          <w:p w14:paraId="60593942" w14:textId="77777777" w:rsidR="00F16BAE" w:rsidRDefault="00821AE6">
            <w:r>
              <w:rPr>
                <w:sz w:val="16"/>
              </w:rPr>
              <w:t>14–15</w:t>
            </w:r>
          </w:p>
        </w:tc>
      </w:tr>
      <w:tr w:rsidR="00F16BAE" w14:paraId="2753B9AF" w14:textId="77777777">
        <w:tc>
          <w:tcPr>
            <w:tcW w:w="5270" w:type="dxa"/>
            <w:vAlign w:val="center"/>
          </w:tcPr>
          <w:p w14:paraId="637F1578" w14:textId="77777777" w:rsidR="00F16BAE" w:rsidRDefault="00821AE6">
            <w:proofErr w:type="spellStart"/>
            <w:r>
              <w:rPr>
                <w:b/>
                <w:sz w:val="16"/>
              </w:rPr>
              <w:t>Hospodárstvo</w:t>
            </w:r>
            <w:proofErr w:type="spellEnd"/>
          </w:p>
        </w:tc>
        <w:tc>
          <w:tcPr>
            <w:tcW w:w="5270" w:type="dxa"/>
            <w:vAlign w:val="center"/>
          </w:tcPr>
          <w:p w14:paraId="1D678486" w14:textId="77777777" w:rsidR="00F16BAE" w:rsidRDefault="00821AE6">
            <w:r>
              <w:rPr>
                <w:sz w:val="16"/>
              </w:rPr>
              <w:t>16–18</w:t>
            </w:r>
          </w:p>
        </w:tc>
      </w:tr>
      <w:tr w:rsidR="00F16BAE" w14:paraId="0DF0D1B2" w14:textId="77777777">
        <w:tc>
          <w:tcPr>
            <w:tcW w:w="5270" w:type="dxa"/>
            <w:vAlign w:val="center"/>
          </w:tcPr>
          <w:p w14:paraId="52074078" w14:textId="77777777" w:rsidR="00F16BAE" w:rsidRDefault="00821AE6">
            <w:proofErr w:type="spellStart"/>
            <w:r>
              <w:rPr>
                <w:b/>
                <w:sz w:val="16"/>
              </w:rPr>
              <w:t>Cestovný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ruch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problémy</w:t>
            </w:r>
            <w:proofErr w:type="spellEnd"/>
          </w:p>
        </w:tc>
        <w:tc>
          <w:tcPr>
            <w:tcW w:w="5270" w:type="dxa"/>
            <w:vAlign w:val="center"/>
          </w:tcPr>
          <w:p w14:paraId="7B4129E3" w14:textId="77777777" w:rsidR="00F16BAE" w:rsidRDefault="00821AE6">
            <w:r>
              <w:rPr>
                <w:sz w:val="16"/>
              </w:rPr>
              <w:t>17–18, 30</w:t>
            </w:r>
          </w:p>
        </w:tc>
      </w:tr>
      <w:tr w:rsidR="00F16BAE" w14:paraId="3D428CF2" w14:textId="77777777">
        <w:tc>
          <w:tcPr>
            <w:tcW w:w="5270" w:type="dxa"/>
            <w:vAlign w:val="center"/>
          </w:tcPr>
          <w:p w14:paraId="6AA94040" w14:textId="77777777" w:rsidR="00F16BAE" w:rsidRDefault="00821AE6">
            <w:r>
              <w:rPr>
                <w:b/>
                <w:sz w:val="16"/>
              </w:rPr>
              <w:t>UNESCO</w:t>
            </w:r>
          </w:p>
        </w:tc>
        <w:tc>
          <w:tcPr>
            <w:tcW w:w="5270" w:type="dxa"/>
            <w:vAlign w:val="center"/>
          </w:tcPr>
          <w:p w14:paraId="7A12C5FE" w14:textId="77777777" w:rsidR="00F16BAE" w:rsidRDefault="00821AE6">
            <w:r>
              <w:rPr>
                <w:sz w:val="16"/>
              </w:rPr>
              <w:t>29</w:t>
            </w:r>
          </w:p>
        </w:tc>
      </w:tr>
      <w:tr w:rsidR="00F16BAE" w14:paraId="4CC84551" w14:textId="77777777">
        <w:tc>
          <w:tcPr>
            <w:tcW w:w="5270" w:type="dxa"/>
            <w:vAlign w:val="center"/>
          </w:tcPr>
          <w:p w14:paraId="3D25FA81" w14:textId="77777777" w:rsidR="00F16BAE" w:rsidRDefault="00821AE6">
            <w:proofErr w:type="spellStart"/>
            <w:r>
              <w:rPr>
                <w:b/>
                <w:sz w:val="16"/>
              </w:rPr>
              <w:t>Administratívne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členenie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kraje</w:t>
            </w:r>
            <w:proofErr w:type="spellEnd"/>
          </w:p>
        </w:tc>
        <w:tc>
          <w:tcPr>
            <w:tcW w:w="5270" w:type="dxa"/>
            <w:vAlign w:val="center"/>
          </w:tcPr>
          <w:p w14:paraId="7507F17D" w14:textId="77777777" w:rsidR="00F16BAE" w:rsidRDefault="00821AE6">
            <w:r>
              <w:rPr>
                <w:sz w:val="16"/>
              </w:rPr>
              <w:t>19–26</w:t>
            </w:r>
          </w:p>
        </w:tc>
      </w:tr>
      <w:tr w:rsidR="00F16BAE" w14:paraId="6160EFA2" w14:textId="77777777">
        <w:tc>
          <w:tcPr>
            <w:tcW w:w="5270" w:type="dxa"/>
            <w:vAlign w:val="center"/>
          </w:tcPr>
          <w:p w14:paraId="3A180679" w14:textId="77777777" w:rsidR="00F16BAE" w:rsidRDefault="00821AE6">
            <w:proofErr w:type="spellStart"/>
            <w:r>
              <w:rPr>
                <w:b/>
                <w:sz w:val="16"/>
              </w:rPr>
              <w:t>Porovnanie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regiónov</w:t>
            </w:r>
            <w:proofErr w:type="spellEnd"/>
          </w:p>
        </w:tc>
        <w:tc>
          <w:tcPr>
            <w:tcW w:w="5270" w:type="dxa"/>
            <w:vAlign w:val="center"/>
          </w:tcPr>
          <w:p w14:paraId="46BD25D3" w14:textId="77777777" w:rsidR="00F16BAE" w:rsidRDefault="00821AE6">
            <w:r>
              <w:rPr>
                <w:sz w:val="16"/>
              </w:rPr>
              <w:t>27–30</w:t>
            </w:r>
          </w:p>
        </w:tc>
      </w:tr>
    </w:tbl>
    <w:p w14:paraId="5ED60DD7" w14:textId="77777777" w:rsidR="00F16BAE" w:rsidRDefault="00821AE6">
      <w:pPr>
        <w:pStyle w:val="Nadpis1"/>
      </w:pPr>
      <w:r>
        <w:rPr>
          <w:rFonts w:ascii="Arial" w:hAnsi="Arial"/>
        </w:rPr>
        <w:t xml:space="preserve">15. </w:t>
      </w:r>
      <w:proofErr w:type="spellStart"/>
      <w:r>
        <w:rPr>
          <w:rFonts w:ascii="Arial" w:hAnsi="Arial"/>
        </w:rPr>
        <w:t>Legislatívne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odborné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východiská</w:t>
      </w:r>
      <w:proofErr w:type="spellEnd"/>
    </w:p>
    <w:p w14:paraId="54DDD1D6" w14:textId="77656DEE" w:rsidR="00F16BAE" w:rsidRDefault="00821AE6">
      <w:proofErr w:type="spellStart"/>
      <w:r>
        <w:t>Dokument</w:t>
      </w:r>
      <w:proofErr w:type="spellEnd"/>
      <w:r>
        <w:t xml:space="preserve"> je </w:t>
      </w:r>
      <w:proofErr w:type="spellStart"/>
      <w:r>
        <w:t>spracovaný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revízia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učebných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pre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2026/2027. </w:t>
      </w:r>
      <w:proofErr w:type="spellStart"/>
      <w:r>
        <w:t>Východiskom</w:t>
      </w:r>
      <w:proofErr w:type="spellEnd"/>
      <w:r>
        <w:t xml:space="preserve"> je </w:t>
      </w:r>
      <w:proofErr w:type="spellStart"/>
      <w:r>
        <w:t>aktuálny</w:t>
      </w:r>
      <w:proofErr w:type="spellEnd"/>
      <w:r>
        <w:t xml:space="preserve"> </w:t>
      </w:r>
      <w:proofErr w:type="spellStart"/>
      <w:r>
        <w:t>konsolidovaný</w:t>
      </w:r>
      <w:proofErr w:type="spellEnd"/>
      <w:r>
        <w:t xml:space="preserve"> ŠVP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aktuálny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pre </w:t>
      </w:r>
      <w:proofErr w:type="spellStart"/>
      <w:r>
        <w:t>tému</w:t>
      </w:r>
      <w:proofErr w:type="spellEnd"/>
      <w:r>
        <w:t xml:space="preserve"> </w:t>
      </w:r>
      <w:proofErr w:type="spellStart"/>
      <w:r>
        <w:t>Slovensko</w:t>
      </w:r>
      <w:proofErr w:type="spellEnd"/>
      <w:r>
        <w:t xml:space="preserve">. </w:t>
      </w:r>
      <w:proofErr w:type="spellStart"/>
      <w:r>
        <w:t>Ministerstvo</w:t>
      </w:r>
      <w:proofErr w:type="spellEnd"/>
      <w:r>
        <w:t xml:space="preserve"> </w:t>
      </w:r>
      <w:proofErr w:type="spellStart"/>
      <w:r>
        <w:t>zároveň</w:t>
      </w:r>
      <w:proofErr w:type="spellEnd"/>
      <w:r>
        <w:t xml:space="preserve"> v </w:t>
      </w:r>
      <w:proofErr w:type="spellStart"/>
      <w:r>
        <w:t>roku</w:t>
      </w:r>
      <w:proofErr w:type="spellEnd"/>
      <w:r>
        <w:t xml:space="preserve"> 2026 </w:t>
      </w:r>
      <w:proofErr w:type="spellStart"/>
      <w:r>
        <w:t>vydalo</w:t>
      </w:r>
      <w:proofErr w:type="spellEnd"/>
      <w:r>
        <w:t xml:space="preserve"> </w:t>
      </w:r>
      <w:proofErr w:type="spellStart"/>
      <w:r>
        <w:t>usmernenie</w:t>
      </w:r>
      <w:proofErr w:type="spellEnd"/>
      <w:r>
        <w:t xml:space="preserve"> k </w:t>
      </w:r>
      <w:proofErr w:type="spellStart"/>
      <w:r>
        <w:t>príprave</w:t>
      </w:r>
      <w:proofErr w:type="spellEnd"/>
      <w:r>
        <w:t xml:space="preserve"> a </w:t>
      </w:r>
      <w:proofErr w:type="spellStart"/>
      <w:r>
        <w:t>revízii</w:t>
      </w:r>
      <w:proofErr w:type="spellEnd"/>
      <w:r>
        <w:t xml:space="preserve"> </w:t>
      </w:r>
      <w:proofErr w:type="spellStart"/>
      <w:r>
        <w:t>ŠkVP</w:t>
      </w:r>
      <w:proofErr w:type="spellEnd"/>
      <w:r>
        <w:t xml:space="preserve">;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neho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do </w:t>
      </w:r>
      <w:proofErr w:type="spellStart"/>
      <w:r>
        <w:t>ŠkVP</w:t>
      </w:r>
      <w:proofErr w:type="spellEnd"/>
      <w:r>
        <w:t xml:space="preserve"> </w:t>
      </w:r>
      <w:proofErr w:type="spellStart"/>
      <w:r>
        <w:t>zapracúva</w:t>
      </w:r>
      <w:proofErr w:type="spellEnd"/>
      <w:r>
        <w:t xml:space="preserve"> </w:t>
      </w:r>
      <w:proofErr w:type="spellStart"/>
      <w:r>
        <w:t>systém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a </w:t>
      </w:r>
      <w:proofErr w:type="spellStart"/>
      <w:r>
        <w:t>stratégia</w:t>
      </w:r>
      <w:proofErr w:type="spellEnd"/>
      <w:r>
        <w:t xml:space="preserve"> </w:t>
      </w:r>
      <w:proofErr w:type="spellStart"/>
      <w:r>
        <w:t>digitálnej</w:t>
      </w:r>
      <w:proofErr w:type="spellEnd"/>
      <w:r>
        <w:t xml:space="preserve"> </w:t>
      </w:r>
      <w:proofErr w:type="spellStart"/>
      <w:r>
        <w:t>transformácie</w:t>
      </w:r>
      <w:proofErr w:type="spellEnd"/>
      <w:r>
        <w:t xml:space="preserve"> a v </w:t>
      </w:r>
      <w:proofErr w:type="spellStart"/>
      <w:r>
        <w:t>súvislosti</w:t>
      </w:r>
      <w:proofErr w:type="spellEnd"/>
      <w:r>
        <w:t xml:space="preserve"> s </w:t>
      </w:r>
      <w:proofErr w:type="spellStart"/>
      <w:r>
        <w:t>dodatkami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dopĺňa</w:t>
      </w:r>
      <w:proofErr w:type="spellEnd"/>
      <w:r>
        <w:t xml:space="preserve"> AI </w:t>
      </w:r>
      <w:proofErr w:type="spellStart"/>
      <w:r>
        <w:t>gramotnosť</w:t>
      </w:r>
      <w:proofErr w:type="spellEnd"/>
      <w:r>
        <w:t xml:space="preserve">. </w:t>
      </w:r>
    </w:p>
    <w:p w14:paraId="5CC7EBB0" w14:textId="77777777" w:rsidR="00F16BAE" w:rsidRDefault="00821AE6">
      <w:pPr>
        <w:pStyle w:val="Nadpis1"/>
      </w:pPr>
      <w:r>
        <w:rPr>
          <w:rFonts w:ascii="Arial" w:hAnsi="Arial"/>
        </w:rPr>
        <w:t xml:space="preserve">16. </w:t>
      </w:r>
      <w:proofErr w:type="spellStart"/>
      <w:r>
        <w:rPr>
          <w:rFonts w:ascii="Arial" w:hAnsi="Arial"/>
        </w:rPr>
        <w:t>Schválenie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evidencia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F16BAE" w14:paraId="0F1BC238" w14:textId="77777777">
        <w:trPr>
          <w:tblHeader/>
        </w:trPr>
        <w:tc>
          <w:tcPr>
            <w:tcW w:w="5270" w:type="dxa"/>
            <w:vAlign w:val="center"/>
          </w:tcPr>
          <w:p w14:paraId="7CA99CD2" w14:textId="77777777" w:rsidR="00F16BAE" w:rsidRDefault="00821AE6">
            <w:proofErr w:type="spellStart"/>
            <w:r>
              <w:rPr>
                <w:b/>
                <w:sz w:val="18"/>
              </w:rPr>
              <w:t>Vypracoval</w:t>
            </w:r>
            <w:proofErr w:type="spellEnd"/>
            <w:r>
              <w:rPr>
                <w:b/>
                <w:sz w:val="18"/>
              </w:rPr>
              <w:t>/a</w:t>
            </w:r>
          </w:p>
        </w:tc>
        <w:tc>
          <w:tcPr>
            <w:tcW w:w="5270" w:type="dxa"/>
            <w:vAlign w:val="center"/>
          </w:tcPr>
          <w:p w14:paraId="11F214FC" w14:textId="77777777" w:rsidR="00F16BAE" w:rsidRDefault="00821AE6">
            <w:r>
              <w:rPr>
                <w:sz w:val="18"/>
              </w:rPr>
              <w:t>________________________________</w:t>
            </w:r>
          </w:p>
        </w:tc>
      </w:tr>
      <w:tr w:rsidR="00F16BAE" w14:paraId="7664A62E" w14:textId="77777777">
        <w:tc>
          <w:tcPr>
            <w:tcW w:w="5270" w:type="dxa"/>
            <w:vAlign w:val="center"/>
          </w:tcPr>
          <w:p w14:paraId="36F69A70" w14:textId="77777777" w:rsidR="00F16BAE" w:rsidRDefault="00821AE6">
            <w:proofErr w:type="spellStart"/>
            <w:r>
              <w:rPr>
                <w:b/>
                <w:sz w:val="18"/>
              </w:rPr>
              <w:t>Prerokované</w:t>
            </w:r>
            <w:proofErr w:type="spellEnd"/>
            <w:r>
              <w:rPr>
                <w:b/>
                <w:sz w:val="18"/>
              </w:rPr>
              <w:t xml:space="preserve"> v </w:t>
            </w:r>
            <w:proofErr w:type="spellStart"/>
            <w:r>
              <w:rPr>
                <w:b/>
                <w:sz w:val="18"/>
              </w:rPr>
              <w:t>pedagogickej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rade</w:t>
            </w:r>
            <w:proofErr w:type="spellEnd"/>
          </w:p>
        </w:tc>
        <w:tc>
          <w:tcPr>
            <w:tcW w:w="5270" w:type="dxa"/>
            <w:vAlign w:val="center"/>
          </w:tcPr>
          <w:p w14:paraId="2D8F8817" w14:textId="77777777" w:rsidR="00F16BAE" w:rsidRDefault="00821AE6">
            <w:r>
              <w:rPr>
                <w:sz w:val="18"/>
              </w:rPr>
              <w:t>________________________________</w:t>
            </w:r>
          </w:p>
        </w:tc>
      </w:tr>
      <w:tr w:rsidR="00F16BAE" w14:paraId="47661A88" w14:textId="77777777">
        <w:tc>
          <w:tcPr>
            <w:tcW w:w="5270" w:type="dxa"/>
            <w:vAlign w:val="center"/>
          </w:tcPr>
          <w:p w14:paraId="0E482C06" w14:textId="77777777" w:rsidR="00F16BAE" w:rsidRDefault="00821AE6">
            <w:proofErr w:type="spellStart"/>
            <w:r>
              <w:rPr>
                <w:b/>
                <w:sz w:val="18"/>
              </w:rPr>
              <w:t>Schválil</w:t>
            </w:r>
            <w:proofErr w:type="spellEnd"/>
            <w:r>
              <w:rPr>
                <w:b/>
                <w:sz w:val="18"/>
              </w:rPr>
              <w:t xml:space="preserve">/a </w:t>
            </w:r>
            <w:proofErr w:type="spellStart"/>
            <w:r>
              <w:rPr>
                <w:b/>
                <w:sz w:val="18"/>
              </w:rPr>
              <w:t>riaditeľ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riaditeľka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školy</w:t>
            </w:r>
            <w:proofErr w:type="spellEnd"/>
          </w:p>
        </w:tc>
        <w:tc>
          <w:tcPr>
            <w:tcW w:w="5270" w:type="dxa"/>
            <w:vAlign w:val="center"/>
          </w:tcPr>
          <w:p w14:paraId="01CD98A8" w14:textId="77777777" w:rsidR="00F16BAE" w:rsidRDefault="00821AE6">
            <w:r>
              <w:rPr>
                <w:sz w:val="18"/>
              </w:rPr>
              <w:t>________________________________</w:t>
            </w:r>
          </w:p>
        </w:tc>
      </w:tr>
      <w:tr w:rsidR="00F16BAE" w14:paraId="25F633EA" w14:textId="77777777">
        <w:tc>
          <w:tcPr>
            <w:tcW w:w="5270" w:type="dxa"/>
            <w:vAlign w:val="center"/>
          </w:tcPr>
          <w:p w14:paraId="3314A169" w14:textId="77777777" w:rsidR="00F16BAE" w:rsidRDefault="00821AE6">
            <w:proofErr w:type="spellStart"/>
            <w:r>
              <w:rPr>
                <w:b/>
                <w:sz w:val="18"/>
              </w:rPr>
              <w:t>Dátum</w:t>
            </w:r>
            <w:proofErr w:type="spellEnd"/>
            <w:r>
              <w:rPr>
                <w:b/>
                <w:sz w:val="18"/>
              </w:rPr>
              <w:t xml:space="preserve"> a </w:t>
            </w:r>
            <w:proofErr w:type="spellStart"/>
            <w:r>
              <w:rPr>
                <w:b/>
                <w:sz w:val="18"/>
              </w:rPr>
              <w:t>účinnosť</w:t>
            </w:r>
            <w:proofErr w:type="spellEnd"/>
          </w:p>
        </w:tc>
        <w:tc>
          <w:tcPr>
            <w:tcW w:w="5270" w:type="dxa"/>
            <w:vAlign w:val="center"/>
          </w:tcPr>
          <w:p w14:paraId="398106FF" w14:textId="77777777" w:rsidR="00F16BAE" w:rsidRDefault="00821AE6">
            <w:r>
              <w:rPr>
                <w:sz w:val="18"/>
              </w:rPr>
              <w:t>________________________________</w:t>
            </w:r>
          </w:p>
        </w:tc>
      </w:tr>
    </w:tbl>
    <w:p w14:paraId="71325239" w14:textId="77777777" w:rsidR="00F16BAE" w:rsidRDefault="00821AE6">
      <w:pPr>
        <w:pStyle w:val="Nadpis1"/>
      </w:pPr>
      <w:r>
        <w:rPr>
          <w:rFonts w:ascii="Arial" w:hAnsi="Arial"/>
        </w:rPr>
        <w:t xml:space="preserve">17. </w:t>
      </w:r>
      <w:proofErr w:type="spellStart"/>
      <w:r>
        <w:rPr>
          <w:rFonts w:ascii="Arial" w:hAnsi="Arial"/>
        </w:rPr>
        <w:t>Zdroje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použité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spracovaní</w:t>
      </w:r>
      <w:proofErr w:type="spellEnd"/>
    </w:p>
    <w:p w14:paraId="0729C746" w14:textId="520AFA90" w:rsidR="00F16BAE" w:rsidRDefault="00821AE6">
      <w:pPr>
        <w:pStyle w:val="Zoznamsodrkami"/>
        <w:spacing w:after="40"/>
      </w:pPr>
      <w:proofErr w:type="spellStart"/>
      <w:r>
        <w:t>Ministerstvo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SR – </w:t>
      </w:r>
      <w:proofErr w:type="spellStart"/>
      <w:r>
        <w:t>Štátny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program </w:t>
      </w:r>
      <w:proofErr w:type="gramStart"/>
      <w:r>
        <w:t>pre 2</w:t>
      </w:r>
      <w:proofErr w:type="gramEnd"/>
      <w:r>
        <w:t xml:space="preserve">. </w:t>
      </w:r>
      <w:proofErr w:type="spellStart"/>
      <w:r>
        <w:t>stupeň</w:t>
      </w:r>
      <w:proofErr w:type="spellEnd"/>
      <w:r>
        <w:t xml:space="preserve"> ZŠ, </w:t>
      </w:r>
    </w:p>
    <w:p w14:paraId="68CE8A24" w14:textId="0A3B3FEE" w:rsidR="00F16BAE" w:rsidRDefault="00821AE6">
      <w:pPr>
        <w:pStyle w:val="Zoznamsodrkami"/>
        <w:spacing w:after="40"/>
      </w:pPr>
      <w:proofErr w:type="spellStart"/>
      <w:r>
        <w:t>Ministerstvo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SR – Geografia,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 – </w:t>
      </w:r>
      <w:proofErr w:type="spellStart"/>
      <w:r>
        <w:t>vzdelávací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</w:t>
      </w:r>
      <w:proofErr w:type="spellStart"/>
      <w:r>
        <w:t>Slovensko</w:t>
      </w:r>
      <w:proofErr w:type="spellEnd"/>
      <w:r>
        <w:t>.</w:t>
      </w:r>
    </w:p>
    <w:p w14:paraId="56966C61" w14:textId="71FC78D2" w:rsidR="00F16BAE" w:rsidRDefault="00821AE6">
      <w:pPr>
        <w:pStyle w:val="Zoznamsodrkami"/>
        <w:spacing w:after="40"/>
      </w:pPr>
      <w:proofErr w:type="spellStart"/>
      <w:r>
        <w:t>Ministerstvo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SR – </w:t>
      </w:r>
      <w:proofErr w:type="spellStart"/>
      <w:r>
        <w:t>Usmernenie</w:t>
      </w:r>
      <w:proofErr w:type="spellEnd"/>
      <w:r>
        <w:t xml:space="preserve"> k </w:t>
      </w:r>
      <w:proofErr w:type="spellStart"/>
      <w:r>
        <w:t>príprave</w:t>
      </w:r>
      <w:proofErr w:type="spellEnd"/>
      <w:r>
        <w:t xml:space="preserve"> a </w:t>
      </w:r>
      <w:proofErr w:type="spellStart"/>
      <w:r>
        <w:t>revízii</w:t>
      </w:r>
      <w:proofErr w:type="spellEnd"/>
      <w:r>
        <w:t xml:space="preserve"> </w:t>
      </w:r>
      <w:proofErr w:type="spellStart"/>
      <w:r>
        <w:t>ŠkVP</w:t>
      </w:r>
      <w:proofErr w:type="spellEnd"/>
      <w:r>
        <w:t>, 2026</w:t>
      </w:r>
    </w:p>
    <w:sectPr w:rsidR="00F16BAE" w:rsidSect="00034616">
      <w:foot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6CD8" w14:textId="77777777" w:rsidR="00180E9D" w:rsidRDefault="00180E9D">
      <w:pPr>
        <w:spacing w:after="0" w:line="240" w:lineRule="auto"/>
      </w:pPr>
      <w:r>
        <w:separator/>
      </w:r>
    </w:p>
  </w:endnote>
  <w:endnote w:type="continuationSeparator" w:id="0">
    <w:p w14:paraId="094AA713" w14:textId="77777777" w:rsidR="00180E9D" w:rsidRDefault="0018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04407" w14:textId="77777777" w:rsidR="00F16BAE" w:rsidRDefault="00821AE6">
    <w:pPr>
      <w:pStyle w:val="Pta"/>
      <w:jc w:val="center"/>
    </w:pPr>
    <w:proofErr w:type="spellStart"/>
    <w:r>
      <w:rPr>
        <w:sz w:val="16"/>
      </w:rPr>
      <w:t>Učebné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osnovy</w:t>
    </w:r>
    <w:proofErr w:type="spellEnd"/>
    <w:r>
      <w:rPr>
        <w:sz w:val="16"/>
      </w:rPr>
      <w:t xml:space="preserve"> – Geografia 8. </w:t>
    </w:r>
    <w:proofErr w:type="spellStart"/>
    <w:r>
      <w:rPr>
        <w:sz w:val="16"/>
      </w:rPr>
      <w:t>ročník</w:t>
    </w:r>
    <w:proofErr w:type="spellEnd"/>
    <w:r>
      <w:rPr>
        <w:sz w:val="16"/>
      </w:rPr>
      <w:t xml:space="preserve"> –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AF0EB" w14:textId="77777777" w:rsidR="00180E9D" w:rsidRDefault="00180E9D">
      <w:pPr>
        <w:spacing w:after="0" w:line="240" w:lineRule="auto"/>
      </w:pPr>
      <w:r>
        <w:separator/>
      </w:r>
    </w:p>
  </w:footnote>
  <w:footnote w:type="continuationSeparator" w:id="0">
    <w:p w14:paraId="132BCABF" w14:textId="77777777" w:rsidR="00180E9D" w:rsidRDefault="00180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465"/>
    <w:rsid w:val="0015074B"/>
    <w:rsid w:val="00180E9D"/>
    <w:rsid w:val="0029639D"/>
    <w:rsid w:val="00326F90"/>
    <w:rsid w:val="004E58EC"/>
    <w:rsid w:val="007E111A"/>
    <w:rsid w:val="00821AE6"/>
    <w:rsid w:val="00A929DC"/>
    <w:rsid w:val="00AA1D8D"/>
    <w:rsid w:val="00B47730"/>
    <w:rsid w:val="00CB0664"/>
    <w:rsid w:val="00F16B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4F6D0"/>
  <w14:defaultImageDpi w14:val="300"/>
  <w15:docId w15:val="{97E60819-44B1-4A81-8736-411716CF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7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7</cp:revision>
  <dcterms:created xsi:type="dcterms:W3CDTF">2013-12-23T23:15:00Z</dcterms:created>
  <dcterms:modified xsi:type="dcterms:W3CDTF">2026-09-17T06:51:00Z</dcterms:modified>
  <cp:category/>
</cp:coreProperties>
</file>